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457D" w:rsidRPr="00E9114F" w:rsidRDefault="00E9114F">
      <w:pPr>
        <w:pStyle w:val="Balk1"/>
        <w:jc w:val="center"/>
        <w:rPr>
          <w:rFonts w:cstheme="majorHAnsi"/>
          <w:color w:val="auto"/>
          <w:szCs w:val="22"/>
          <w:lang w:val="tr-TR"/>
        </w:rPr>
      </w:pPr>
      <w:r w:rsidRPr="00E9114F">
        <w:rPr>
          <w:noProof/>
          <w:color w:val="auto"/>
          <w:sz w:val="36"/>
          <w:lang w:eastAsia="tr-TR"/>
        </w:rPr>
        <w:drawing>
          <wp:anchor distT="0" distB="0" distL="114300" distR="114300" simplePos="0" relativeHeight="251658240" behindDoc="1" locked="0" layoutInCell="1" allowOverlap="1" wp14:anchorId="2DCF98F5">
            <wp:simplePos x="0" y="0"/>
            <wp:positionH relativeFrom="column">
              <wp:posOffset>-152400</wp:posOffset>
            </wp:positionH>
            <wp:positionV relativeFrom="paragraph">
              <wp:posOffset>-347</wp:posOffset>
            </wp:positionV>
            <wp:extent cx="590400" cy="590400"/>
            <wp:effectExtent l="0" t="0" r="635" b="635"/>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pic:spPr>
                </pic:pic>
              </a:graphicData>
            </a:graphic>
            <wp14:sizeRelH relativeFrom="margin">
              <wp14:pctWidth>0</wp14:pctWidth>
            </wp14:sizeRelH>
            <wp14:sizeRelV relativeFrom="margin">
              <wp14:pctHeight>0</wp14:pctHeight>
            </wp14:sizeRelV>
          </wp:anchor>
        </w:drawing>
      </w:r>
      <w:r w:rsidRPr="00E9114F">
        <w:rPr>
          <w:rFonts w:cstheme="majorHAnsi"/>
          <w:color w:val="auto"/>
          <w:szCs w:val="22"/>
          <w:lang w:val="tr-TR"/>
        </w:rPr>
        <w:t xml:space="preserve">EK _E4 </w:t>
      </w:r>
      <w:r w:rsidR="00E60D1B" w:rsidRPr="00E9114F">
        <w:rPr>
          <w:rFonts w:cstheme="majorHAnsi"/>
          <w:color w:val="auto"/>
          <w:szCs w:val="22"/>
          <w:lang w:val="tr-TR"/>
        </w:rPr>
        <w:t>SOSYAL</w:t>
      </w:r>
      <w:r w:rsidR="00254B10">
        <w:rPr>
          <w:rFonts w:cstheme="majorHAnsi"/>
          <w:color w:val="auto"/>
          <w:szCs w:val="22"/>
          <w:lang w:val="tr-TR"/>
        </w:rPr>
        <w:t xml:space="preserve"> GİRİŞİM</w:t>
      </w:r>
      <w:bookmarkStart w:id="0" w:name="_GoBack"/>
      <w:bookmarkEnd w:id="0"/>
      <w:r w:rsidR="00E60D1B" w:rsidRPr="00E9114F">
        <w:rPr>
          <w:rFonts w:cstheme="majorHAnsi"/>
          <w:color w:val="auto"/>
          <w:szCs w:val="22"/>
          <w:lang w:val="tr-TR"/>
        </w:rPr>
        <w:t xml:space="preserve"> İŞ MODELİ KANVASI</w:t>
      </w:r>
    </w:p>
    <w:tbl>
      <w:tblPr>
        <w:tblStyle w:val="TabloKlavuzu"/>
        <w:tblW w:w="0" w:type="auto"/>
        <w:tblLook w:val="04A0" w:firstRow="1" w:lastRow="0" w:firstColumn="1" w:lastColumn="0" w:noHBand="0" w:noVBand="1"/>
      </w:tblPr>
      <w:tblGrid>
        <w:gridCol w:w="3948"/>
        <w:gridCol w:w="4264"/>
        <w:gridCol w:w="3696"/>
        <w:gridCol w:w="3701"/>
        <w:gridCol w:w="7040"/>
      </w:tblGrid>
      <w:tr w:rsidR="00592DC2" w:rsidRPr="00254B10" w:rsidTr="00603B90">
        <w:trPr>
          <w:trHeight w:val="5160"/>
        </w:trPr>
        <w:tc>
          <w:tcPr>
            <w:tcW w:w="3977" w:type="dxa"/>
          </w:tcPr>
          <w:p w:rsidR="00592DC2" w:rsidRPr="00592DC2" w:rsidRDefault="00592DC2">
            <w:pPr>
              <w:rPr>
                <w:rFonts w:asciiTheme="majorHAnsi" w:hAnsiTheme="majorHAnsi" w:cstheme="majorHAnsi"/>
                <w:b/>
                <w:lang w:val="tr-TR"/>
              </w:rPr>
            </w:pPr>
            <w:r w:rsidRPr="00592DC2">
              <w:rPr>
                <w:rFonts w:asciiTheme="majorHAnsi" w:hAnsiTheme="majorHAnsi" w:cstheme="majorHAnsi"/>
                <w:b/>
                <w:lang w:val="tr-TR"/>
              </w:rPr>
              <w:t>Temel Kaynaklar</w:t>
            </w:r>
          </w:p>
          <w:p w:rsidR="00592DC2" w:rsidRPr="00592DC2" w:rsidRDefault="00592DC2">
            <w:pPr>
              <w:rPr>
                <w:rFonts w:asciiTheme="majorHAnsi" w:hAnsiTheme="majorHAnsi" w:cstheme="majorHAnsi"/>
                <w:b/>
                <w:lang w:val="tr-TR"/>
              </w:rPr>
            </w:pPr>
          </w:p>
          <w:p w:rsidR="00592DC2" w:rsidRPr="00592DC2" w:rsidRDefault="00592DC2">
            <w:pPr>
              <w:rPr>
                <w:rFonts w:asciiTheme="majorHAnsi" w:hAnsiTheme="majorHAnsi" w:cstheme="majorHAnsi"/>
                <w:b/>
                <w:lang w:val="tr-TR"/>
              </w:rPr>
            </w:pPr>
          </w:p>
          <w:p w:rsidR="00592DC2" w:rsidRPr="00592DC2" w:rsidRDefault="00592DC2">
            <w:pPr>
              <w:rPr>
                <w:rFonts w:asciiTheme="majorHAnsi" w:hAnsiTheme="majorHAnsi" w:cstheme="majorHAnsi"/>
                <w:i/>
                <w:lang w:val="tr-TR"/>
              </w:rPr>
            </w:pPr>
            <w:r w:rsidRPr="00592DC2">
              <w:rPr>
                <w:rFonts w:asciiTheme="majorHAnsi" w:hAnsiTheme="majorHAnsi" w:cstheme="majorHAnsi"/>
                <w:i/>
                <w:lang w:val="tr-TR"/>
              </w:rPr>
              <w:t xml:space="preserve">Tüm işletmeler/girişimciler çalışmalarını yürütmek için belirli kaynaklara </w:t>
            </w:r>
            <w:r w:rsidR="00A5557E">
              <w:rPr>
                <w:rFonts w:asciiTheme="majorHAnsi" w:hAnsiTheme="majorHAnsi" w:cstheme="majorHAnsi"/>
                <w:i/>
                <w:lang w:val="tr-TR"/>
              </w:rPr>
              <w:t>ihtiyaç duyar.</w:t>
            </w:r>
            <w:r w:rsidRPr="00592DC2">
              <w:rPr>
                <w:rFonts w:asciiTheme="majorHAnsi" w:hAnsiTheme="majorHAnsi" w:cstheme="majorHAnsi"/>
                <w:i/>
                <w:lang w:val="tr-TR"/>
              </w:rPr>
              <w:t xml:space="preserve"> Bunlar insan, finansal, fiziksel veya teknolojik kaynaklar olabilir.</w:t>
            </w:r>
          </w:p>
          <w:p w:rsidR="00592DC2" w:rsidRPr="00592DC2" w:rsidRDefault="00592DC2">
            <w:pPr>
              <w:rPr>
                <w:rFonts w:asciiTheme="majorHAnsi" w:hAnsiTheme="majorHAnsi" w:cstheme="majorHAnsi"/>
                <w:i/>
                <w:lang w:val="tr-TR"/>
              </w:rPr>
            </w:pPr>
          </w:p>
          <w:p w:rsidR="00592DC2" w:rsidRPr="00A5557E" w:rsidRDefault="00A5557E" w:rsidP="00A5557E">
            <w:pPr>
              <w:pStyle w:val="ListeParagraf"/>
              <w:numPr>
                <w:ilvl w:val="0"/>
                <w:numId w:val="12"/>
              </w:numPr>
              <w:rPr>
                <w:rFonts w:asciiTheme="majorHAnsi" w:hAnsiTheme="majorHAnsi" w:cstheme="majorHAnsi"/>
                <w:b/>
                <w:lang w:val="tr-TR"/>
              </w:rPr>
            </w:pPr>
            <w:r>
              <w:rPr>
                <w:rFonts w:asciiTheme="majorHAnsi" w:hAnsiTheme="majorHAnsi" w:cstheme="majorHAnsi"/>
                <w:i/>
                <w:lang w:val="tr-TR"/>
              </w:rPr>
              <w:t>Projede sunulan iş modeli gerçekleştirmek için hangi kaynaklara gereksinim duyuyorsunuz</w:t>
            </w:r>
            <w:r w:rsidR="00592DC2" w:rsidRPr="00592DC2">
              <w:rPr>
                <w:rFonts w:asciiTheme="majorHAnsi" w:hAnsiTheme="majorHAnsi" w:cstheme="majorHAnsi"/>
                <w:i/>
                <w:lang w:val="tr-TR"/>
              </w:rPr>
              <w:t xml:space="preserve">? </w:t>
            </w:r>
          </w:p>
          <w:p w:rsidR="00A5557E" w:rsidRPr="00A5557E" w:rsidRDefault="00A5557E" w:rsidP="00A5557E">
            <w:pPr>
              <w:pStyle w:val="ListeParagraf"/>
              <w:numPr>
                <w:ilvl w:val="1"/>
                <w:numId w:val="12"/>
              </w:numPr>
              <w:rPr>
                <w:rFonts w:asciiTheme="majorHAnsi" w:hAnsiTheme="majorHAnsi" w:cstheme="majorHAnsi"/>
                <w:i/>
                <w:lang w:val="tr-TR"/>
              </w:rPr>
            </w:pPr>
            <w:r w:rsidRPr="00A5557E">
              <w:rPr>
                <w:rFonts w:asciiTheme="majorHAnsi" w:hAnsiTheme="majorHAnsi" w:cstheme="majorHAnsi"/>
                <w:i/>
                <w:lang w:val="tr-TR"/>
              </w:rPr>
              <w:t>Finansal kaynaklar</w:t>
            </w:r>
          </w:p>
          <w:p w:rsidR="00A5557E" w:rsidRPr="00A5557E" w:rsidRDefault="00A5557E" w:rsidP="00A5557E">
            <w:pPr>
              <w:pStyle w:val="ListeParagraf"/>
              <w:numPr>
                <w:ilvl w:val="1"/>
                <w:numId w:val="12"/>
              </w:numPr>
              <w:rPr>
                <w:rFonts w:asciiTheme="majorHAnsi" w:hAnsiTheme="majorHAnsi" w:cstheme="majorHAnsi"/>
                <w:i/>
                <w:lang w:val="tr-TR"/>
              </w:rPr>
            </w:pPr>
            <w:r w:rsidRPr="00A5557E">
              <w:rPr>
                <w:rFonts w:asciiTheme="majorHAnsi" w:hAnsiTheme="majorHAnsi" w:cstheme="majorHAnsi"/>
                <w:i/>
                <w:lang w:val="tr-TR"/>
              </w:rPr>
              <w:t>İnsan kaynaklar</w:t>
            </w:r>
          </w:p>
          <w:p w:rsidR="00A5557E" w:rsidRPr="00A5557E" w:rsidRDefault="00A5557E" w:rsidP="00A5557E">
            <w:pPr>
              <w:pStyle w:val="ListeParagraf"/>
              <w:numPr>
                <w:ilvl w:val="1"/>
                <w:numId w:val="12"/>
              </w:numPr>
              <w:rPr>
                <w:rFonts w:asciiTheme="majorHAnsi" w:hAnsiTheme="majorHAnsi" w:cstheme="majorHAnsi"/>
                <w:i/>
                <w:lang w:val="tr-TR"/>
              </w:rPr>
            </w:pPr>
            <w:r w:rsidRPr="00A5557E">
              <w:rPr>
                <w:rFonts w:asciiTheme="majorHAnsi" w:hAnsiTheme="majorHAnsi" w:cstheme="majorHAnsi"/>
                <w:i/>
                <w:lang w:val="tr-TR"/>
              </w:rPr>
              <w:t>Teknolojik kaynak</w:t>
            </w:r>
          </w:p>
          <w:p w:rsidR="00A5557E" w:rsidRPr="00A5557E" w:rsidRDefault="00A5557E" w:rsidP="00A5557E">
            <w:pPr>
              <w:pStyle w:val="ListeParagraf"/>
              <w:numPr>
                <w:ilvl w:val="1"/>
                <w:numId w:val="12"/>
              </w:numPr>
              <w:rPr>
                <w:rFonts w:asciiTheme="majorHAnsi" w:hAnsiTheme="majorHAnsi" w:cstheme="majorHAnsi"/>
                <w:lang w:val="tr-TR"/>
              </w:rPr>
            </w:pPr>
            <w:r w:rsidRPr="00A5557E">
              <w:rPr>
                <w:rFonts w:asciiTheme="majorHAnsi" w:hAnsiTheme="majorHAnsi" w:cstheme="majorHAnsi"/>
                <w:i/>
                <w:lang w:val="tr-TR"/>
              </w:rPr>
              <w:t>Fikri kaynaklar</w:t>
            </w:r>
          </w:p>
        </w:tc>
        <w:tc>
          <w:tcPr>
            <w:tcW w:w="4276" w:type="dxa"/>
          </w:tcPr>
          <w:p w:rsidR="00592DC2" w:rsidRPr="00592DC2" w:rsidRDefault="00592DC2" w:rsidP="00786A95">
            <w:pPr>
              <w:rPr>
                <w:rFonts w:asciiTheme="majorHAnsi" w:hAnsiTheme="majorHAnsi" w:cstheme="majorHAnsi"/>
                <w:b/>
                <w:lang w:val="tr-TR"/>
              </w:rPr>
            </w:pPr>
            <w:r w:rsidRPr="00592DC2">
              <w:rPr>
                <w:rFonts w:asciiTheme="majorHAnsi" w:hAnsiTheme="majorHAnsi" w:cstheme="majorHAnsi"/>
                <w:b/>
                <w:lang w:val="tr-TR"/>
              </w:rPr>
              <w:t>Temel Faaliyetler</w:t>
            </w:r>
            <w:r w:rsidRPr="00592DC2">
              <w:rPr>
                <w:rFonts w:asciiTheme="majorHAnsi" w:hAnsiTheme="majorHAnsi" w:cstheme="majorHAnsi"/>
                <w:b/>
                <w:lang w:val="tr-TR"/>
              </w:rPr>
              <w:br/>
            </w:r>
          </w:p>
          <w:p w:rsidR="00592DC2" w:rsidRPr="00592DC2" w:rsidRDefault="00592DC2">
            <w:pPr>
              <w:rPr>
                <w:rFonts w:asciiTheme="majorHAnsi" w:hAnsiTheme="majorHAnsi" w:cstheme="majorHAnsi"/>
                <w:b/>
                <w:lang w:val="tr-TR"/>
              </w:rPr>
            </w:pPr>
          </w:p>
          <w:p w:rsidR="00592DC2" w:rsidRPr="00603B90" w:rsidRDefault="00603B90" w:rsidP="00603B90">
            <w:pPr>
              <w:pStyle w:val="ListeParagraf"/>
              <w:numPr>
                <w:ilvl w:val="0"/>
                <w:numId w:val="12"/>
              </w:numPr>
              <w:rPr>
                <w:rFonts w:asciiTheme="majorHAnsi" w:hAnsiTheme="majorHAnsi" w:cstheme="majorHAnsi"/>
                <w:b/>
                <w:lang w:val="tr-TR"/>
              </w:rPr>
            </w:pPr>
            <w:r w:rsidRPr="00603B90">
              <w:rPr>
                <w:rFonts w:asciiTheme="majorHAnsi" w:hAnsiTheme="majorHAnsi" w:cstheme="majorHAnsi"/>
                <w:i/>
                <w:lang w:val="tr-TR"/>
              </w:rPr>
              <w:t>Girişimin gelir elde etmesi ve sosyal amacını yerine getirmesi için hangi faaliyetleri</w:t>
            </w:r>
            <w:r w:rsidR="00CF3A93">
              <w:rPr>
                <w:rFonts w:asciiTheme="majorHAnsi" w:hAnsiTheme="majorHAnsi" w:cstheme="majorHAnsi"/>
                <w:i/>
                <w:lang w:val="tr-TR"/>
              </w:rPr>
              <w:t xml:space="preserve"> </w:t>
            </w:r>
            <w:r>
              <w:rPr>
                <w:rFonts w:asciiTheme="majorHAnsi" w:hAnsiTheme="majorHAnsi" w:cstheme="majorHAnsi"/>
                <w:i/>
                <w:lang w:val="tr-TR"/>
              </w:rPr>
              <w:t>gerçekleş</w:t>
            </w:r>
            <w:r w:rsidR="00CF3A93">
              <w:rPr>
                <w:rFonts w:asciiTheme="majorHAnsi" w:hAnsiTheme="majorHAnsi" w:cstheme="majorHAnsi"/>
                <w:i/>
                <w:lang w:val="tr-TR"/>
              </w:rPr>
              <w:t>ti</w:t>
            </w:r>
            <w:r>
              <w:rPr>
                <w:rFonts w:asciiTheme="majorHAnsi" w:hAnsiTheme="majorHAnsi" w:cstheme="majorHAnsi"/>
                <w:i/>
                <w:lang w:val="tr-TR"/>
              </w:rPr>
              <w:t>riyor/</w:t>
            </w:r>
            <w:r w:rsidRPr="00603B90">
              <w:rPr>
                <w:rFonts w:asciiTheme="majorHAnsi" w:hAnsiTheme="majorHAnsi" w:cstheme="majorHAnsi"/>
                <w:i/>
                <w:lang w:val="tr-TR"/>
              </w:rPr>
              <w:t>gerçekleştirecek?</w:t>
            </w:r>
          </w:p>
          <w:p w:rsidR="00592DC2" w:rsidRPr="00592DC2" w:rsidRDefault="00592DC2">
            <w:pPr>
              <w:rPr>
                <w:rFonts w:asciiTheme="majorHAnsi" w:hAnsiTheme="majorHAnsi" w:cstheme="majorHAnsi"/>
                <w:b/>
                <w:lang w:val="tr-TR"/>
              </w:rPr>
            </w:pPr>
          </w:p>
          <w:p w:rsidR="00592DC2" w:rsidRPr="00592DC2" w:rsidRDefault="00592DC2">
            <w:pPr>
              <w:rPr>
                <w:rFonts w:asciiTheme="majorHAnsi" w:hAnsiTheme="majorHAnsi" w:cstheme="majorHAnsi"/>
                <w:b/>
                <w:lang w:val="tr-TR"/>
              </w:rPr>
            </w:pPr>
          </w:p>
          <w:p w:rsidR="00592DC2" w:rsidRPr="00592DC2" w:rsidRDefault="00592DC2">
            <w:pPr>
              <w:rPr>
                <w:rFonts w:asciiTheme="majorHAnsi" w:hAnsiTheme="majorHAnsi" w:cstheme="majorHAnsi"/>
                <w:b/>
                <w:lang w:val="tr-TR"/>
              </w:rPr>
            </w:pPr>
          </w:p>
          <w:p w:rsidR="00592DC2" w:rsidRPr="00592DC2" w:rsidRDefault="00592DC2">
            <w:pPr>
              <w:rPr>
                <w:rFonts w:asciiTheme="majorHAnsi" w:hAnsiTheme="majorHAnsi" w:cstheme="majorHAnsi"/>
                <w:b/>
                <w:lang w:val="tr-TR"/>
              </w:rPr>
            </w:pPr>
          </w:p>
          <w:p w:rsidR="00592DC2" w:rsidRPr="00592DC2" w:rsidRDefault="00592DC2">
            <w:pPr>
              <w:rPr>
                <w:rFonts w:asciiTheme="majorHAnsi" w:hAnsiTheme="majorHAnsi" w:cstheme="majorHAnsi"/>
                <w:b/>
                <w:lang w:val="tr-TR"/>
              </w:rPr>
            </w:pPr>
          </w:p>
          <w:p w:rsidR="00592DC2" w:rsidRPr="00592DC2" w:rsidRDefault="00592DC2">
            <w:pPr>
              <w:rPr>
                <w:rFonts w:asciiTheme="majorHAnsi" w:hAnsiTheme="majorHAnsi" w:cstheme="majorHAnsi"/>
                <w:b/>
                <w:lang w:val="tr-TR"/>
              </w:rPr>
            </w:pPr>
          </w:p>
          <w:p w:rsidR="00592DC2" w:rsidRPr="00592DC2" w:rsidRDefault="00592DC2">
            <w:pPr>
              <w:rPr>
                <w:rFonts w:asciiTheme="majorHAnsi" w:hAnsiTheme="majorHAnsi" w:cstheme="majorHAnsi"/>
                <w:b/>
                <w:lang w:val="tr-TR"/>
              </w:rPr>
            </w:pPr>
          </w:p>
          <w:p w:rsidR="00592DC2" w:rsidRPr="00592DC2" w:rsidRDefault="00592DC2">
            <w:pPr>
              <w:rPr>
                <w:rFonts w:asciiTheme="majorHAnsi" w:hAnsiTheme="majorHAnsi" w:cstheme="majorHAnsi"/>
                <w:b/>
                <w:lang w:val="tr-TR"/>
              </w:rPr>
            </w:pPr>
          </w:p>
          <w:p w:rsidR="00592DC2" w:rsidRPr="00592DC2" w:rsidRDefault="00592DC2">
            <w:pPr>
              <w:rPr>
                <w:rFonts w:asciiTheme="majorHAnsi" w:hAnsiTheme="majorHAnsi" w:cstheme="majorHAnsi"/>
                <w:b/>
                <w:lang w:val="tr-TR"/>
              </w:rPr>
            </w:pPr>
          </w:p>
          <w:p w:rsidR="00592DC2" w:rsidRPr="00592DC2" w:rsidRDefault="00592DC2">
            <w:pPr>
              <w:rPr>
                <w:rFonts w:asciiTheme="majorHAnsi" w:hAnsiTheme="majorHAnsi" w:cstheme="majorHAnsi"/>
                <w:b/>
                <w:lang w:val="tr-TR"/>
              </w:rPr>
            </w:pPr>
          </w:p>
          <w:p w:rsidR="00592DC2" w:rsidRPr="00592DC2" w:rsidRDefault="00592DC2">
            <w:pPr>
              <w:rPr>
                <w:rFonts w:asciiTheme="majorHAnsi" w:hAnsiTheme="majorHAnsi" w:cstheme="majorHAnsi"/>
                <w:b/>
                <w:lang w:val="tr-TR"/>
              </w:rPr>
            </w:pPr>
          </w:p>
          <w:p w:rsidR="00592DC2" w:rsidRPr="00592DC2" w:rsidRDefault="00592DC2">
            <w:pPr>
              <w:rPr>
                <w:rFonts w:asciiTheme="majorHAnsi" w:hAnsiTheme="majorHAnsi" w:cstheme="majorHAnsi"/>
                <w:b/>
                <w:lang w:val="tr-TR"/>
              </w:rPr>
            </w:pPr>
          </w:p>
          <w:p w:rsidR="00592DC2" w:rsidRPr="00592DC2" w:rsidRDefault="00592DC2">
            <w:pPr>
              <w:rPr>
                <w:rFonts w:asciiTheme="majorHAnsi" w:hAnsiTheme="majorHAnsi" w:cstheme="majorHAnsi"/>
                <w:b/>
                <w:lang w:val="tr-TR"/>
              </w:rPr>
            </w:pPr>
          </w:p>
          <w:p w:rsidR="00592DC2" w:rsidRPr="00592DC2" w:rsidRDefault="00592DC2">
            <w:pPr>
              <w:rPr>
                <w:rFonts w:asciiTheme="majorHAnsi" w:hAnsiTheme="majorHAnsi" w:cstheme="majorHAnsi"/>
                <w:b/>
                <w:lang w:val="tr-TR"/>
              </w:rPr>
            </w:pPr>
          </w:p>
          <w:p w:rsidR="00592DC2" w:rsidRPr="00592DC2" w:rsidRDefault="00592DC2">
            <w:pPr>
              <w:rPr>
                <w:rFonts w:asciiTheme="majorHAnsi" w:hAnsiTheme="majorHAnsi" w:cstheme="majorHAnsi"/>
                <w:b/>
                <w:lang w:val="tr-TR"/>
              </w:rPr>
            </w:pPr>
          </w:p>
        </w:tc>
        <w:tc>
          <w:tcPr>
            <w:tcW w:w="3716" w:type="dxa"/>
            <w:vMerge w:val="restart"/>
          </w:tcPr>
          <w:p w:rsidR="00592DC2" w:rsidRPr="00592DC2" w:rsidRDefault="00592DC2">
            <w:pPr>
              <w:rPr>
                <w:rFonts w:asciiTheme="majorHAnsi" w:hAnsiTheme="majorHAnsi" w:cstheme="majorHAnsi"/>
                <w:b/>
                <w:lang w:val="tr-TR"/>
              </w:rPr>
            </w:pPr>
            <w:r w:rsidRPr="00592DC2">
              <w:rPr>
                <w:rFonts w:asciiTheme="majorHAnsi" w:hAnsiTheme="majorHAnsi" w:cstheme="majorHAnsi"/>
                <w:b/>
                <w:lang w:val="tr-TR"/>
              </w:rPr>
              <w:t>Müdahale Türü</w:t>
            </w:r>
          </w:p>
          <w:p w:rsidR="00592DC2" w:rsidRPr="00592DC2" w:rsidRDefault="00592DC2">
            <w:pPr>
              <w:rPr>
                <w:rFonts w:asciiTheme="majorHAnsi" w:hAnsiTheme="majorHAnsi" w:cstheme="majorHAnsi"/>
                <w:b/>
                <w:i/>
                <w:lang w:val="tr-TR"/>
              </w:rPr>
            </w:pPr>
            <w:r w:rsidRPr="00592DC2">
              <w:rPr>
                <w:rFonts w:asciiTheme="majorHAnsi" w:hAnsiTheme="majorHAnsi" w:cstheme="majorHAnsi"/>
                <w:b/>
                <w:lang w:val="tr-TR"/>
              </w:rPr>
              <w:br/>
            </w:r>
            <w:r w:rsidRPr="00592DC2">
              <w:rPr>
                <w:rFonts w:asciiTheme="majorHAnsi" w:hAnsiTheme="majorHAnsi" w:cstheme="majorHAnsi"/>
                <w:b/>
                <w:i/>
                <w:lang w:val="tr-TR"/>
              </w:rPr>
              <w:t>Faaliyetinizin biçimi nedir? Bir atölye, hizmet veya ürün mü?</w:t>
            </w:r>
          </w:p>
          <w:p w:rsidR="00592DC2" w:rsidRPr="00592DC2" w:rsidRDefault="00592DC2">
            <w:pPr>
              <w:rPr>
                <w:rFonts w:asciiTheme="majorHAnsi" w:hAnsiTheme="majorHAnsi" w:cstheme="majorHAnsi"/>
                <w:b/>
                <w:lang w:val="tr-TR"/>
              </w:rPr>
            </w:pPr>
          </w:p>
          <w:p w:rsidR="00592DC2" w:rsidRPr="00592DC2" w:rsidRDefault="00592DC2" w:rsidP="00786A95">
            <w:pPr>
              <w:pStyle w:val="ListeParagraf"/>
              <w:numPr>
                <w:ilvl w:val="0"/>
                <w:numId w:val="12"/>
              </w:numPr>
              <w:rPr>
                <w:rFonts w:asciiTheme="majorHAnsi" w:hAnsiTheme="majorHAnsi" w:cstheme="majorHAnsi"/>
                <w:i/>
                <w:lang w:val="tr-TR"/>
              </w:rPr>
            </w:pPr>
            <w:r w:rsidRPr="00592DC2">
              <w:rPr>
                <w:rFonts w:asciiTheme="majorHAnsi" w:hAnsiTheme="majorHAnsi" w:cstheme="majorHAnsi"/>
                <w:i/>
                <w:lang w:val="tr-TR"/>
              </w:rPr>
              <w:t>Projede hedeflenen sosyal faydaya ulaşmak amacıyla hangi temel faaliyetleri gerçekleştireceksiniz? (Örneğin ürün geliştirme, eğitim, farkındalık artırma, üretim vb. alanlarda planlanan faaliyetler nelerdir?)</w:t>
            </w:r>
          </w:p>
          <w:p w:rsidR="00592DC2" w:rsidRPr="00592DC2" w:rsidRDefault="00592DC2" w:rsidP="00592DC2">
            <w:pPr>
              <w:pStyle w:val="ListeParagraf"/>
              <w:numPr>
                <w:ilvl w:val="0"/>
                <w:numId w:val="12"/>
              </w:numPr>
              <w:rPr>
                <w:rFonts w:asciiTheme="majorHAnsi" w:hAnsiTheme="majorHAnsi" w:cstheme="majorHAnsi"/>
                <w:b/>
                <w:lang w:val="tr-TR"/>
              </w:rPr>
            </w:pPr>
            <w:r w:rsidRPr="00592DC2">
              <w:rPr>
                <w:rFonts w:asciiTheme="majorHAnsi" w:hAnsiTheme="majorHAnsi" w:cstheme="majorHAnsi"/>
                <w:i/>
                <w:lang w:val="tr-TR"/>
              </w:rPr>
              <w:t>Modelinizin yenilikçi yönü nedir? Teknoloji, iş birliği, ürün tasarımı veya katılımcı yönetişim açısından fark yaratıcı unsurlar nelerdir?</w:t>
            </w:r>
          </w:p>
        </w:tc>
        <w:tc>
          <w:tcPr>
            <w:tcW w:w="3732" w:type="dxa"/>
            <w:vMerge w:val="restart"/>
          </w:tcPr>
          <w:p w:rsidR="00592DC2" w:rsidRPr="00592DC2" w:rsidRDefault="00592DC2">
            <w:pPr>
              <w:rPr>
                <w:rFonts w:asciiTheme="majorHAnsi" w:hAnsiTheme="majorHAnsi" w:cstheme="majorHAnsi"/>
                <w:b/>
                <w:lang w:val="tr-TR"/>
              </w:rPr>
            </w:pPr>
            <w:r w:rsidRPr="00592DC2">
              <w:rPr>
                <w:rFonts w:asciiTheme="majorHAnsi" w:hAnsiTheme="majorHAnsi" w:cstheme="majorHAnsi"/>
                <w:b/>
                <w:lang w:val="tr-TR"/>
              </w:rPr>
              <w:t xml:space="preserve">Hedef Kitle </w:t>
            </w:r>
            <w:r w:rsidR="00FA5D63">
              <w:rPr>
                <w:rFonts w:asciiTheme="majorHAnsi" w:hAnsiTheme="majorHAnsi" w:cstheme="majorHAnsi"/>
                <w:b/>
                <w:lang w:val="tr-TR"/>
              </w:rPr>
              <w:t>(</w:t>
            </w:r>
            <w:r w:rsidRPr="00592DC2">
              <w:rPr>
                <w:rFonts w:asciiTheme="majorHAnsi" w:hAnsiTheme="majorHAnsi" w:cstheme="majorHAnsi"/>
                <w:b/>
                <w:lang w:val="tr-TR"/>
              </w:rPr>
              <w:t>Yararlanıcılar</w:t>
            </w:r>
            <w:r w:rsidR="00FA5D63">
              <w:rPr>
                <w:rFonts w:asciiTheme="majorHAnsi" w:hAnsiTheme="majorHAnsi" w:cstheme="majorHAnsi"/>
                <w:b/>
                <w:lang w:val="tr-TR"/>
              </w:rPr>
              <w:t xml:space="preserve"> ve Müşteriler)</w:t>
            </w:r>
            <w:r w:rsidRPr="00592DC2">
              <w:rPr>
                <w:rFonts w:asciiTheme="majorHAnsi" w:hAnsiTheme="majorHAnsi" w:cstheme="majorHAnsi"/>
                <w:b/>
                <w:lang w:val="tr-TR"/>
              </w:rPr>
              <w:br/>
            </w:r>
          </w:p>
          <w:p w:rsidR="00592DC2" w:rsidRPr="00592DC2" w:rsidRDefault="00592DC2">
            <w:pPr>
              <w:rPr>
                <w:rFonts w:asciiTheme="majorHAnsi" w:hAnsiTheme="majorHAnsi" w:cstheme="majorHAnsi"/>
                <w:b/>
                <w:lang w:val="tr-TR"/>
              </w:rPr>
            </w:pPr>
          </w:p>
          <w:p w:rsidR="00592DC2" w:rsidRPr="00592DC2" w:rsidRDefault="00592DC2">
            <w:pPr>
              <w:rPr>
                <w:rFonts w:asciiTheme="majorHAnsi" w:hAnsiTheme="majorHAnsi" w:cstheme="majorHAnsi"/>
                <w:b/>
                <w:lang w:val="tr-TR"/>
              </w:rPr>
            </w:pPr>
          </w:p>
          <w:p w:rsidR="00FA5D63" w:rsidRPr="00FA5D63" w:rsidRDefault="00FA5D63" w:rsidP="00FA5D63">
            <w:pPr>
              <w:pStyle w:val="ListeParagraf"/>
              <w:numPr>
                <w:ilvl w:val="0"/>
                <w:numId w:val="12"/>
              </w:numPr>
              <w:rPr>
                <w:rFonts w:asciiTheme="majorHAnsi" w:hAnsiTheme="majorHAnsi" w:cstheme="majorHAnsi"/>
                <w:i/>
                <w:lang w:val="tr-TR"/>
              </w:rPr>
            </w:pPr>
            <w:r>
              <w:rPr>
                <w:rFonts w:asciiTheme="majorHAnsi" w:hAnsiTheme="majorHAnsi" w:cstheme="majorHAnsi"/>
                <w:i/>
                <w:lang w:val="tr-TR"/>
              </w:rPr>
              <w:t>Ürün ve hizmetlerinle</w:t>
            </w:r>
            <w:r w:rsidR="00592DC2" w:rsidRPr="00592DC2">
              <w:rPr>
                <w:rFonts w:asciiTheme="majorHAnsi" w:hAnsiTheme="majorHAnsi" w:cstheme="majorHAnsi"/>
                <w:i/>
                <w:lang w:val="tr-TR"/>
              </w:rPr>
              <w:t xml:space="preserve"> </w:t>
            </w:r>
            <w:r>
              <w:rPr>
                <w:rFonts w:asciiTheme="majorHAnsi" w:hAnsiTheme="majorHAnsi" w:cstheme="majorHAnsi"/>
                <w:i/>
                <w:lang w:val="tr-TR"/>
              </w:rPr>
              <w:t>k</w:t>
            </w:r>
            <w:r w:rsidR="00592DC2" w:rsidRPr="00592DC2">
              <w:rPr>
                <w:rFonts w:asciiTheme="majorHAnsi" w:hAnsiTheme="majorHAnsi" w:cstheme="majorHAnsi"/>
                <w:i/>
                <w:lang w:val="tr-TR"/>
              </w:rPr>
              <w:t>imin için değer yaratıyorsun?</w:t>
            </w:r>
          </w:p>
          <w:p w:rsidR="00592DC2" w:rsidRDefault="00592DC2" w:rsidP="00786A95">
            <w:pPr>
              <w:pStyle w:val="ListeParagraf"/>
              <w:numPr>
                <w:ilvl w:val="0"/>
                <w:numId w:val="12"/>
              </w:numPr>
              <w:rPr>
                <w:rFonts w:asciiTheme="majorHAnsi" w:hAnsiTheme="majorHAnsi" w:cstheme="majorHAnsi"/>
                <w:i/>
                <w:lang w:val="tr-TR"/>
              </w:rPr>
            </w:pPr>
            <w:r w:rsidRPr="00592DC2">
              <w:rPr>
                <w:rFonts w:asciiTheme="majorHAnsi" w:hAnsiTheme="majorHAnsi" w:cstheme="majorHAnsi"/>
                <w:i/>
                <w:lang w:val="tr-TR"/>
              </w:rPr>
              <w:t>Kimler doğrudan, kimler dolaylı yararlanıcıdır?</w:t>
            </w:r>
          </w:p>
          <w:p w:rsidR="00FA5D63" w:rsidRPr="00592DC2" w:rsidRDefault="00FA5D63" w:rsidP="00786A95">
            <w:pPr>
              <w:pStyle w:val="ListeParagraf"/>
              <w:numPr>
                <w:ilvl w:val="0"/>
                <w:numId w:val="12"/>
              </w:numPr>
              <w:rPr>
                <w:rFonts w:asciiTheme="majorHAnsi" w:hAnsiTheme="majorHAnsi" w:cstheme="majorHAnsi"/>
                <w:i/>
                <w:lang w:val="tr-TR"/>
              </w:rPr>
            </w:pPr>
            <w:r>
              <w:rPr>
                <w:rFonts w:asciiTheme="majorHAnsi" w:hAnsiTheme="majorHAnsi" w:cstheme="majorHAnsi"/>
                <w:i/>
                <w:lang w:val="tr-TR"/>
              </w:rPr>
              <w:t xml:space="preserve">Ürün ve hizmetleri hangi müşteri </w:t>
            </w:r>
            <w:proofErr w:type="spellStart"/>
            <w:r>
              <w:rPr>
                <w:rFonts w:asciiTheme="majorHAnsi" w:hAnsiTheme="majorHAnsi" w:cstheme="majorHAnsi"/>
                <w:i/>
                <w:lang w:val="tr-TR"/>
              </w:rPr>
              <w:t>segmentine</w:t>
            </w:r>
            <w:proofErr w:type="spellEnd"/>
            <w:r>
              <w:rPr>
                <w:rFonts w:asciiTheme="majorHAnsi" w:hAnsiTheme="majorHAnsi" w:cstheme="majorHAnsi"/>
                <w:i/>
                <w:lang w:val="tr-TR"/>
              </w:rPr>
              <w:t xml:space="preserve"> satıyorsun, müşterilerin kim?</w:t>
            </w:r>
          </w:p>
          <w:p w:rsidR="00592DC2" w:rsidRPr="00592DC2" w:rsidRDefault="00592DC2" w:rsidP="00786A95">
            <w:pPr>
              <w:pStyle w:val="ListeParagraf"/>
              <w:ind w:left="360"/>
              <w:rPr>
                <w:rFonts w:asciiTheme="majorHAnsi" w:hAnsiTheme="majorHAnsi" w:cstheme="majorHAnsi"/>
                <w:lang w:val="tr-TR"/>
              </w:rPr>
            </w:pPr>
          </w:p>
          <w:p w:rsidR="00592DC2" w:rsidRPr="00592DC2" w:rsidRDefault="00592DC2">
            <w:pPr>
              <w:rPr>
                <w:rFonts w:asciiTheme="majorHAnsi" w:hAnsiTheme="majorHAnsi" w:cstheme="majorHAnsi"/>
                <w:b/>
                <w:lang w:val="tr-TR"/>
              </w:rPr>
            </w:pPr>
          </w:p>
        </w:tc>
        <w:tc>
          <w:tcPr>
            <w:tcW w:w="7123" w:type="dxa"/>
          </w:tcPr>
          <w:p w:rsidR="00C71E0D" w:rsidRDefault="00C71E0D" w:rsidP="00786A95">
            <w:pPr>
              <w:rPr>
                <w:rFonts w:asciiTheme="majorHAnsi" w:hAnsiTheme="majorHAnsi" w:cstheme="majorHAnsi"/>
                <w:b/>
                <w:lang w:val="tr-TR"/>
              </w:rPr>
            </w:pPr>
          </w:p>
          <w:p w:rsidR="00C71E0D" w:rsidRDefault="00C71E0D" w:rsidP="00C71E0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lang w:val="en-US"/>
              </w:rPr>
              <w:t xml:space="preserve">Değer </w:t>
            </w:r>
            <w:proofErr w:type="spellStart"/>
            <w:r>
              <w:rPr>
                <w:rStyle w:val="normaltextrun"/>
                <w:rFonts w:ascii="Calibri" w:hAnsi="Calibri" w:cs="Calibri"/>
                <w:b/>
                <w:bCs/>
                <w:sz w:val="22"/>
                <w:szCs w:val="22"/>
                <w:lang w:val="en-US"/>
              </w:rPr>
              <w:t>Önerisi</w:t>
            </w:r>
            <w:proofErr w:type="spellEnd"/>
            <w:r>
              <w:rPr>
                <w:rStyle w:val="scxw68966901"/>
                <w:rFonts w:ascii="Calibri" w:eastAsiaTheme="majorEastAsia" w:hAnsi="Calibri" w:cs="Calibri"/>
                <w:sz w:val="22"/>
                <w:szCs w:val="22"/>
              </w:rPr>
              <w:t> </w:t>
            </w:r>
            <w:r>
              <w:rPr>
                <w:rFonts w:ascii="Calibri" w:hAnsi="Calibri" w:cs="Calibri"/>
                <w:sz w:val="22"/>
                <w:szCs w:val="22"/>
              </w:rPr>
              <w:br/>
            </w:r>
            <w:r>
              <w:rPr>
                <w:rStyle w:val="eop"/>
                <w:rFonts w:ascii="Calibri" w:eastAsiaTheme="majorEastAsia" w:hAnsi="Calibri" w:cs="Calibri"/>
                <w:sz w:val="22"/>
                <w:szCs w:val="22"/>
              </w:rPr>
              <w:t> </w:t>
            </w:r>
          </w:p>
          <w:p w:rsidR="00C71E0D" w:rsidRDefault="00C71E0D" w:rsidP="00C71E0D">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rsidR="00C71E0D" w:rsidRDefault="00C71E0D" w:rsidP="00C71E0D">
            <w:pPr>
              <w:pStyle w:val="paragraph"/>
              <w:numPr>
                <w:ilvl w:val="0"/>
                <w:numId w:val="15"/>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Ürün veya hizmetiniz müşterileriniz için hangi değeri sunmaktadır?</w:t>
            </w:r>
            <w:r>
              <w:rPr>
                <w:rStyle w:val="eop"/>
                <w:rFonts w:ascii="Calibri" w:eastAsiaTheme="majorEastAsia" w:hAnsi="Calibri" w:cs="Calibri"/>
                <w:sz w:val="22"/>
                <w:szCs w:val="22"/>
              </w:rPr>
              <w:t> </w:t>
            </w:r>
          </w:p>
          <w:p w:rsidR="00C71E0D" w:rsidRDefault="00C71E0D" w:rsidP="00C71E0D">
            <w:pPr>
              <w:pStyle w:val="paragraph"/>
              <w:numPr>
                <w:ilvl w:val="0"/>
                <w:numId w:val="16"/>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Ürün veya hizmetinizin benzerlerinden temel farkı nedir?</w:t>
            </w:r>
            <w:r>
              <w:rPr>
                <w:rStyle w:val="eop"/>
                <w:rFonts w:ascii="Calibri" w:eastAsiaTheme="majorEastAsia" w:hAnsi="Calibri" w:cs="Calibri"/>
                <w:sz w:val="22"/>
                <w:szCs w:val="22"/>
              </w:rPr>
              <w:t> </w:t>
            </w:r>
          </w:p>
          <w:p w:rsidR="00C71E0D" w:rsidRDefault="00C71E0D" w:rsidP="00786A95">
            <w:pPr>
              <w:rPr>
                <w:rFonts w:asciiTheme="majorHAnsi" w:hAnsiTheme="majorHAnsi" w:cstheme="majorHAnsi"/>
                <w:b/>
                <w:lang w:val="tr-TR"/>
              </w:rPr>
            </w:pPr>
          </w:p>
          <w:p w:rsidR="00C71E0D" w:rsidRDefault="00C71E0D" w:rsidP="00786A95">
            <w:pPr>
              <w:rPr>
                <w:rFonts w:asciiTheme="majorHAnsi" w:hAnsiTheme="majorHAnsi" w:cstheme="majorHAnsi"/>
                <w:b/>
                <w:lang w:val="tr-TR"/>
              </w:rPr>
            </w:pPr>
          </w:p>
          <w:p w:rsidR="00C71E0D" w:rsidRDefault="00C71E0D" w:rsidP="00786A95">
            <w:pPr>
              <w:rPr>
                <w:rFonts w:asciiTheme="majorHAnsi" w:hAnsiTheme="majorHAnsi" w:cstheme="majorHAnsi"/>
                <w:b/>
                <w:lang w:val="tr-TR"/>
              </w:rPr>
            </w:pPr>
          </w:p>
          <w:p w:rsidR="00592DC2" w:rsidRPr="00592DC2" w:rsidRDefault="00592DC2" w:rsidP="00786A95">
            <w:pPr>
              <w:rPr>
                <w:rFonts w:asciiTheme="majorHAnsi" w:hAnsiTheme="majorHAnsi" w:cstheme="majorHAnsi"/>
                <w:b/>
                <w:lang w:val="tr-TR"/>
              </w:rPr>
            </w:pPr>
            <w:r w:rsidRPr="00592DC2">
              <w:rPr>
                <w:rFonts w:asciiTheme="majorHAnsi" w:hAnsiTheme="majorHAnsi" w:cstheme="majorHAnsi"/>
                <w:b/>
                <w:lang w:val="tr-TR"/>
              </w:rPr>
              <w:t>Sosyal Değer Önerisi</w:t>
            </w:r>
          </w:p>
          <w:p w:rsidR="00592DC2" w:rsidRPr="00592DC2" w:rsidRDefault="00592DC2" w:rsidP="00786A95">
            <w:pPr>
              <w:rPr>
                <w:rFonts w:asciiTheme="majorHAnsi" w:hAnsiTheme="majorHAnsi" w:cstheme="majorHAnsi"/>
                <w:b/>
                <w:lang w:val="tr-TR"/>
              </w:rPr>
            </w:pPr>
          </w:p>
          <w:p w:rsidR="00592DC2" w:rsidRPr="00592DC2" w:rsidRDefault="00592DC2" w:rsidP="00786A95">
            <w:pPr>
              <w:rPr>
                <w:rFonts w:asciiTheme="majorHAnsi" w:hAnsiTheme="majorHAnsi" w:cstheme="majorHAnsi"/>
                <w:b/>
                <w:lang w:val="tr-TR"/>
              </w:rPr>
            </w:pPr>
          </w:p>
          <w:p w:rsidR="00592DC2" w:rsidRPr="00592DC2" w:rsidRDefault="00592DC2" w:rsidP="00786A95">
            <w:pPr>
              <w:pStyle w:val="ListeParagraf"/>
              <w:numPr>
                <w:ilvl w:val="0"/>
                <w:numId w:val="12"/>
              </w:numPr>
              <w:rPr>
                <w:rFonts w:asciiTheme="majorHAnsi" w:hAnsiTheme="majorHAnsi" w:cstheme="majorHAnsi"/>
                <w:i/>
                <w:lang w:val="tr-TR"/>
              </w:rPr>
            </w:pPr>
            <w:r w:rsidRPr="00592DC2">
              <w:rPr>
                <w:rFonts w:asciiTheme="majorHAnsi" w:hAnsiTheme="majorHAnsi" w:cstheme="majorHAnsi"/>
                <w:i/>
                <w:lang w:val="tr-TR"/>
              </w:rPr>
              <w:t>Hangi sosyal veya çevresel sorunu çözüyorsunuz?</w:t>
            </w:r>
          </w:p>
          <w:p w:rsidR="00592DC2" w:rsidRPr="00592DC2" w:rsidRDefault="00592DC2" w:rsidP="00786A95">
            <w:pPr>
              <w:pStyle w:val="ListeParagraf"/>
              <w:numPr>
                <w:ilvl w:val="0"/>
                <w:numId w:val="12"/>
              </w:numPr>
              <w:rPr>
                <w:rFonts w:asciiTheme="majorHAnsi" w:hAnsiTheme="majorHAnsi" w:cstheme="majorHAnsi"/>
                <w:i/>
                <w:lang w:val="tr-TR"/>
              </w:rPr>
            </w:pPr>
            <w:r w:rsidRPr="00592DC2">
              <w:rPr>
                <w:rFonts w:asciiTheme="majorHAnsi" w:hAnsiTheme="majorHAnsi" w:cstheme="majorHAnsi"/>
                <w:i/>
                <w:lang w:val="tr-TR"/>
              </w:rPr>
              <w:t>Ürün/hizmetiniz hedef gruplar için nasıl bir sosyal fayda yaratıyor?</w:t>
            </w:r>
          </w:p>
          <w:p w:rsidR="00592DC2" w:rsidRPr="00592DC2" w:rsidRDefault="00592DC2" w:rsidP="00786A95">
            <w:pPr>
              <w:pStyle w:val="ListeParagraf"/>
              <w:numPr>
                <w:ilvl w:val="0"/>
                <w:numId w:val="12"/>
              </w:numPr>
              <w:rPr>
                <w:rFonts w:asciiTheme="majorHAnsi" w:hAnsiTheme="majorHAnsi" w:cstheme="majorHAnsi"/>
                <w:i/>
                <w:lang w:val="tr-TR"/>
              </w:rPr>
            </w:pPr>
            <w:r w:rsidRPr="00592DC2">
              <w:rPr>
                <w:rFonts w:asciiTheme="majorHAnsi" w:hAnsiTheme="majorHAnsi" w:cstheme="majorHAnsi"/>
                <w:i/>
                <w:lang w:val="tr-TR"/>
              </w:rPr>
              <w:t>Sunulan değer topluma veya çevreye nasıl katkı sağlıyor?</w:t>
            </w:r>
          </w:p>
          <w:p w:rsidR="00592DC2" w:rsidRPr="00592DC2" w:rsidRDefault="00592DC2" w:rsidP="007B05F6">
            <w:pPr>
              <w:pStyle w:val="ListeParagraf"/>
              <w:numPr>
                <w:ilvl w:val="0"/>
                <w:numId w:val="12"/>
              </w:numPr>
              <w:rPr>
                <w:rFonts w:asciiTheme="majorHAnsi" w:hAnsiTheme="majorHAnsi" w:cstheme="majorHAnsi"/>
                <w:i/>
                <w:lang w:val="tr-TR"/>
              </w:rPr>
            </w:pPr>
            <w:r w:rsidRPr="00592DC2">
              <w:rPr>
                <w:rFonts w:asciiTheme="majorHAnsi" w:hAnsiTheme="majorHAnsi" w:cstheme="majorHAnsi"/>
                <w:i/>
                <w:lang w:val="tr-TR"/>
              </w:rPr>
              <w:t>Proje ile önerilen faaliyetleriniz hangi Sürdürülebilir Kalkınma Amaçlarıyla (SKA) ilişkilidir?</w:t>
            </w:r>
          </w:p>
          <w:p w:rsidR="00592DC2" w:rsidRPr="00592DC2" w:rsidRDefault="00592DC2">
            <w:pPr>
              <w:rPr>
                <w:rFonts w:asciiTheme="majorHAnsi" w:hAnsiTheme="majorHAnsi" w:cstheme="majorHAnsi"/>
                <w:b/>
                <w:lang w:val="tr-TR"/>
              </w:rPr>
            </w:pPr>
          </w:p>
          <w:p w:rsidR="00592DC2" w:rsidRPr="00592DC2" w:rsidRDefault="00592DC2">
            <w:pPr>
              <w:rPr>
                <w:rFonts w:asciiTheme="majorHAnsi" w:hAnsiTheme="majorHAnsi" w:cstheme="majorHAnsi"/>
                <w:b/>
                <w:lang w:val="tr-TR"/>
              </w:rPr>
            </w:pPr>
          </w:p>
          <w:p w:rsidR="00592DC2" w:rsidRPr="00592DC2" w:rsidRDefault="00592DC2">
            <w:pPr>
              <w:rPr>
                <w:rFonts w:asciiTheme="majorHAnsi" w:hAnsiTheme="majorHAnsi" w:cstheme="majorHAnsi"/>
                <w:b/>
                <w:lang w:val="tr-TR"/>
              </w:rPr>
            </w:pPr>
          </w:p>
          <w:p w:rsidR="00592DC2" w:rsidRPr="00592DC2" w:rsidRDefault="00592DC2">
            <w:pPr>
              <w:rPr>
                <w:rFonts w:asciiTheme="majorHAnsi" w:hAnsiTheme="majorHAnsi" w:cstheme="majorHAnsi"/>
                <w:b/>
                <w:lang w:val="tr-TR"/>
              </w:rPr>
            </w:pPr>
          </w:p>
          <w:p w:rsidR="00592DC2" w:rsidRPr="00592DC2" w:rsidRDefault="00592DC2">
            <w:pPr>
              <w:rPr>
                <w:rFonts w:asciiTheme="majorHAnsi" w:hAnsiTheme="majorHAnsi" w:cstheme="majorHAnsi"/>
                <w:b/>
                <w:lang w:val="tr-TR"/>
              </w:rPr>
            </w:pPr>
          </w:p>
          <w:p w:rsidR="00592DC2" w:rsidRPr="00592DC2" w:rsidRDefault="00592DC2">
            <w:pPr>
              <w:rPr>
                <w:rFonts w:asciiTheme="majorHAnsi" w:hAnsiTheme="majorHAnsi" w:cstheme="majorHAnsi"/>
                <w:b/>
                <w:lang w:val="tr-TR"/>
              </w:rPr>
            </w:pPr>
            <w:r w:rsidRPr="00592DC2">
              <w:rPr>
                <w:rFonts w:asciiTheme="majorHAnsi" w:hAnsiTheme="majorHAnsi" w:cstheme="majorHAnsi"/>
                <w:b/>
                <w:lang w:val="tr-TR"/>
              </w:rPr>
              <w:br/>
            </w:r>
            <w:r w:rsidRPr="00592DC2">
              <w:rPr>
                <w:rFonts w:asciiTheme="majorHAnsi" w:hAnsiTheme="majorHAnsi" w:cstheme="majorHAnsi"/>
                <w:b/>
                <w:lang w:val="tr-TR"/>
              </w:rPr>
              <w:br/>
            </w:r>
          </w:p>
          <w:p w:rsidR="00592DC2" w:rsidRPr="00592DC2" w:rsidRDefault="00592DC2">
            <w:pPr>
              <w:rPr>
                <w:rFonts w:asciiTheme="majorHAnsi" w:hAnsiTheme="majorHAnsi" w:cstheme="majorHAnsi"/>
                <w:b/>
                <w:lang w:val="tr-TR"/>
              </w:rPr>
            </w:pPr>
          </w:p>
          <w:p w:rsidR="00592DC2" w:rsidRPr="00592DC2" w:rsidRDefault="00592DC2" w:rsidP="00BC2B3C">
            <w:pPr>
              <w:rPr>
                <w:rFonts w:asciiTheme="majorHAnsi" w:hAnsiTheme="majorHAnsi" w:cstheme="majorHAnsi"/>
                <w:b/>
                <w:lang w:val="tr-TR"/>
              </w:rPr>
            </w:pPr>
          </w:p>
        </w:tc>
      </w:tr>
      <w:tr w:rsidR="00592DC2" w:rsidRPr="00592DC2" w:rsidTr="00592DC2">
        <w:trPr>
          <w:trHeight w:val="2119"/>
        </w:trPr>
        <w:tc>
          <w:tcPr>
            <w:tcW w:w="3977" w:type="dxa"/>
          </w:tcPr>
          <w:p w:rsidR="00592DC2" w:rsidRPr="00592DC2" w:rsidRDefault="00592DC2" w:rsidP="007B05F6">
            <w:pPr>
              <w:rPr>
                <w:rFonts w:asciiTheme="majorHAnsi" w:hAnsiTheme="majorHAnsi" w:cstheme="majorHAnsi"/>
                <w:b/>
                <w:lang w:val="tr-TR"/>
              </w:rPr>
            </w:pPr>
            <w:r w:rsidRPr="00592DC2">
              <w:rPr>
                <w:rFonts w:asciiTheme="majorHAnsi" w:hAnsiTheme="majorHAnsi" w:cstheme="majorHAnsi"/>
                <w:b/>
                <w:lang w:val="tr-TR"/>
              </w:rPr>
              <w:t>Ortaklar + Temel Paydaşlar</w:t>
            </w:r>
          </w:p>
          <w:p w:rsidR="00592DC2" w:rsidRPr="00592DC2" w:rsidRDefault="00592DC2" w:rsidP="007B05F6">
            <w:pPr>
              <w:rPr>
                <w:rFonts w:asciiTheme="majorHAnsi" w:hAnsiTheme="majorHAnsi" w:cstheme="majorHAnsi"/>
                <w:b/>
                <w:lang w:val="tr-TR"/>
              </w:rPr>
            </w:pPr>
          </w:p>
          <w:p w:rsidR="00592DC2" w:rsidRPr="00592DC2" w:rsidRDefault="00592DC2" w:rsidP="007B05F6">
            <w:pPr>
              <w:rPr>
                <w:rFonts w:asciiTheme="majorHAnsi" w:hAnsiTheme="majorHAnsi" w:cstheme="majorHAnsi"/>
                <w:b/>
                <w:lang w:val="tr-TR"/>
              </w:rPr>
            </w:pPr>
          </w:p>
          <w:p w:rsidR="00592DC2" w:rsidRPr="00592DC2" w:rsidRDefault="00592DC2" w:rsidP="007B05F6">
            <w:pPr>
              <w:pStyle w:val="ListeParagraf"/>
              <w:numPr>
                <w:ilvl w:val="0"/>
                <w:numId w:val="12"/>
              </w:numPr>
              <w:rPr>
                <w:rFonts w:asciiTheme="majorHAnsi" w:hAnsiTheme="majorHAnsi" w:cstheme="majorHAnsi"/>
                <w:i/>
                <w:lang w:val="tr-TR"/>
              </w:rPr>
            </w:pPr>
            <w:r w:rsidRPr="00592DC2">
              <w:rPr>
                <w:rFonts w:asciiTheme="majorHAnsi" w:hAnsiTheme="majorHAnsi" w:cstheme="majorHAnsi"/>
                <w:i/>
                <w:lang w:val="tr-TR"/>
              </w:rPr>
              <w:t>Programınızı uygulamak için kimlerle iş birliği yapacaksınız?</w:t>
            </w:r>
            <w:r w:rsidRPr="00592DC2">
              <w:rPr>
                <w:rFonts w:asciiTheme="majorHAnsi" w:hAnsiTheme="majorHAnsi" w:cstheme="majorHAnsi"/>
                <w:i/>
                <w:lang w:val="tr-TR"/>
              </w:rPr>
              <w:br/>
              <w:t>(Kamu kurumları, üniversiteler, özel sektör, STK’lar ve diğer paydaşlar dâhil; kilit paydaşlarınızı belirtiniz.)</w:t>
            </w:r>
          </w:p>
          <w:p w:rsidR="00592DC2" w:rsidRPr="00603B90" w:rsidRDefault="00592DC2" w:rsidP="007B05F6">
            <w:pPr>
              <w:pStyle w:val="ListeParagraf"/>
              <w:numPr>
                <w:ilvl w:val="0"/>
                <w:numId w:val="12"/>
              </w:numPr>
              <w:rPr>
                <w:rFonts w:asciiTheme="majorHAnsi" w:hAnsiTheme="majorHAnsi" w:cstheme="majorHAnsi"/>
                <w:b/>
                <w:lang w:val="tr-TR"/>
              </w:rPr>
            </w:pPr>
            <w:r w:rsidRPr="00592DC2">
              <w:rPr>
                <w:rFonts w:asciiTheme="majorHAnsi" w:hAnsiTheme="majorHAnsi" w:cstheme="majorHAnsi"/>
                <w:i/>
                <w:lang w:val="tr-TR"/>
              </w:rPr>
              <w:t>Ortaklıklarınızın sosyal etkiyi artırmadaki rolü nedir?</w:t>
            </w:r>
          </w:p>
          <w:p w:rsidR="00603B90" w:rsidRPr="00592DC2" w:rsidRDefault="00603B90" w:rsidP="007B05F6">
            <w:pPr>
              <w:pStyle w:val="ListeParagraf"/>
              <w:numPr>
                <w:ilvl w:val="0"/>
                <w:numId w:val="12"/>
              </w:numPr>
              <w:rPr>
                <w:rFonts w:asciiTheme="majorHAnsi" w:hAnsiTheme="majorHAnsi" w:cstheme="majorHAnsi"/>
                <w:b/>
                <w:lang w:val="tr-TR"/>
              </w:rPr>
            </w:pPr>
            <w:r w:rsidRPr="00603B90">
              <w:rPr>
                <w:rFonts w:asciiTheme="majorHAnsi" w:hAnsiTheme="majorHAnsi" w:cstheme="majorHAnsi"/>
                <w:i/>
                <w:lang w:val="tr-TR"/>
              </w:rPr>
              <w:t>Çalışma alanında özel izin ve erişimlere ihtiyacın olacak mı?</w:t>
            </w:r>
          </w:p>
        </w:tc>
        <w:tc>
          <w:tcPr>
            <w:tcW w:w="4276" w:type="dxa"/>
          </w:tcPr>
          <w:p w:rsidR="00592DC2" w:rsidRDefault="00592DC2" w:rsidP="007B05F6">
            <w:pPr>
              <w:rPr>
                <w:rFonts w:asciiTheme="majorHAnsi" w:hAnsiTheme="majorHAnsi" w:cstheme="majorHAnsi"/>
                <w:b/>
                <w:lang w:val="tr-TR"/>
              </w:rPr>
            </w:pPr>
            <w:r w:rsidRPr="00592DC2">
              <w:rPr>
                <w:rFonts w:asciiTheme="majorHAnsi" w:hAnsiTheme="majorHAnsi" w:cstheme="majorHAnsi"/>
                <w:b/>
                <w:lang w:val="tr-TR"/>
              </w:rPr>
              <w:t>Kanallar</w:t>
            </w:r>
            <w:r w:rsidRPr="00592DC2">
              <w:rPr>
                <w:rFonts w:asciiTheme="majorHAnsi" w:hAnsiTheme="majorHAnsi" w:cstheme="majorHAnsi"/>
                <w:b/>
                <w:lang w:val="tr-TR"/>
              </w:rPr>
              <w:br/>
            </w:r>
          </w:p>
          <w:p w:rsidR="00592DC2" w:rsidRPr="00592DC2" w:rsidRDefault="00592DC2" w:rsidP="007B05F6">
            <w:pPr>
              <w:rPr>
                <w:rFonts w:asciiTheme="majorHAnsi" w:hAnsiTheme="majorHAnsi" w:cstheme="majorHAnsi"/>
                <w:b/>
                <w:lang w:val="tr-TR"/>
              </w:rPr>
            </w:pPr>
          </w:p>
          <w:p w:rsidR="00592DC2" w:rsidRPr="00592DC2" w:rsidRDefault="00592DC2" w:rsidP="007B05F6">
            <w:pPr>
              <w:pStyle w:val="ListeParagraf"/>
              <w:numPr>
                <w:ilvl w:val="0"/>
                <w:numId w:val="12"/>
              </w:numPr>
              <w:rPr>
                <w:rFonts w:asciiTheme="majorHAnsi" w:hAnsiTheme="majorHAnsi" w:cstheme="majorHAnsi"/>
                <w:b/>
                <w:lang w:val="tr-TR"/>
              </w:rPr>
            </w:pPr>
            <w:r w:rsidRPr="00592DC2">
              <w:rPr>
                <w:rFonts w:asciiTheme="majorHAnsi" w:hAnsiTheme="majorHAnsi" w:cstheme="majorHAnsi"/>
                <w:i/>
                <w:lang w:val="tr-TR"/>
              </w:rPr>
              <w:t>Proje ile geliştirilecek ürün veya hizmetlerinizi hedef gruplar</w:t>
            </w:r>
            <w:r w:rsidR="00FA5D63">
              <w:rPr>
                <w:rFonts w:asciiTheme="majorHAnsi" w:hAnsiTheme="majorHAnsi" w:cstheme="majorHAnsi"/>
                <w:i/>
                <w:lang w:val="tr-TR"/>
              </w:rPr>
              <w:t>ınıza ve/veya müşterilerinize</w:t>
            </w:r>
            <w:r w:rsidRPr="00592DC2">
              <w:rPr>
                <w:rFonts w:asciiTheme="majorHAnsi" w:hAnsiTheme="majorHAnsi" w:cstheme="majorHAnsi"/>
                <w:i/>
                <w:lang w:val="tr-TR"/>
              </w:rPr>
              <w:t xml:space="preserve"> nasıl ulaştıracaksınız?</w:t>
            </w:r>
          </w:p>
          <w:p w:rsidR="00FA5D63" w:rsidRPr="00FA5D63" w:rsidRDefault="00592DC2" w:rsidP="007B05F6">
            <w:pPr>
              <w:pStyle w:val="ListeParagraf"/>
              <w:numPr>
                <w:ilvl w:val="0"/>
                <w:numId w:val="12"/>
              </w:numPr>
              <w:rPr>
                <w:rFonts w:asciiTheme="majorHAnsi" w:hAnsiTheme="majorHAnsi" w:cstheme="majorHAnsi"/>
                <w:b/>
                <w:lang w:val="tr-TR"/>
              </w:rPr>
            </w:pPr>
            <w:r w:rsidRPr="00592DC2">
              <w:rPr>
                <w:rFonts w:asciiTheme="majorHAnsi" w:hAnsiTheme="majorHAnsi" w:cstheme="majorHAnsi"/>
                <w:i/>
                <w:lang w:val="tr-TR"/>
              </w:rPr>
              <w:t xml:space="preserve">Farklı yararlanıcılara nasıl ulaşacaksınız? Projenizin kapsayıcılığını nasıl sağlayacaksınız? </w:t>
            </w:r>
          </w:p>
          <w:p w:rsidR="00592DC2" w:rsidRPr="00592DC2" w:rsidRDefault="00592DC2" w:rsidP="007B05F6">
            <w:pPr>
              <w:pStyle w:val="ListeParagraf"/>
              <w:numPr>
                <w:ilvl w:val="0"/>
                <w:numId w:val="12"/>
              </w:numPr>
              <w:rPr>
                <w:rFonts w:asciiTheme="majorHAnsi" w:hAnsiTheme="majorHAnsi" w:cstheme="majorHAnsi"/>
                <w:b/>
                <w:lang w:val="tr-TR"/>
              </w:rPr>
            </w:pPr>
            <w:r w:rsidRPr="00592DC2">
              <w:rPr>
                <w:rFonts w:asciiTheme="majorHAnsi" w:hAnsiTheme="majorHAnsi" w:cstheme="majorHAnsi"/>
                <w:i/>
                <w:lang w:val="tr-TR"/>
              </w:rPr>
              <w:t>Sosyal etkinizi duyurmak için hangi iletişim kanallarını kullanacaksınız?</w:t>
            </w:r>
          </w:p>
          <w:p w:rsidR="00592DC2" w:rsidRPr="00592DC2" w:rsidRDefault="00592DC2" w:rsidP="00592DC2">
            <w:pPr>
              <w:pStyle w:val="ListeParagraf"/>
              <w:ind w:left="360"/>
              <w:rPr>
                <w:rFonts w:asciiTheme="majorHAnsi" w:hAnsiTheme="majorHAnsi" w:cstheme="majorHAnsi"/>
                <w:b/>
                <w:lang w:val="tr-TR"/>
              </w:rPr>
            </w:pPr>
          </w:p>
        </w:tc>
        <w:tc>
          <w:tcPr>
            <w:tcW w:w="3716" w:type="dxa"/>
            <w:vMerge/>
          </w:tcPr>
          <w:p w:rsidR="00592DC2" w:rsidRPr="00FA5D63" w:rsidRDefault="00592DC2" w:rsidP="007B05F6">
            <w:pPr>
              <w:rPr>
                <w:rFonts w:asciiTheme="majorHAnsi" w:hAnsiTheme="majorHAnsi" w:cstheme="majorHAnsi"/>
                <w:lang w:val="tr-TR"/>
              </w:rPr>
            </w:pPr>
          </w:p>
        </w:tc>
        <w:tc>
          <w:tcPr>
            <w:tcW w:w="3732" w:type="dxa"/>
            <w:vMerge/>
          </w:tcPr>
          <w:p w:rsidR="00592DC2" w:rsidRPr="00592DC2" w:rsidRDefault="00592DC2" w:rsidP="007B05F6">
            <w:pPr>
              <w:rPr>
                <w:rFonts w:asciiTheme="majorHAnsi" w:hAnsiTheme="majorHAnsi" w:cstheme="majorHAnsi"/>
                <w:b/>
                <w:lang w:val="tr-TR"/>
              </w:rPr>
            </w:pPr>
          </w:p>
        </w:tc>
        <w:tc>
          <w:tcPr>
            <w:tcW w:w="7123" w:type="dxa"/>
          </w:tcPr>
          <w:p w:rsidR="00592DC2" w:rsidRPr="00592DC2" w:rsidRDefault="00592DC2" w:rsidP="00592DC2">
            <w:pPr>
              <w:rPr>
                <w:rFonts w:asciiTheme="majorHAnsi" w:hAnsiTheme="majorHAnsi" w:cstheme="majorHAnsi"/>
                <w:b/>
                <w:lang w:val="tr-TR"/>
              </w:rPr>
            </w:pPr>
            <w:r w:rsidRPr="00592DC2">
              <w:rPr>
                <w:rFonts w:asciiTheme="majorHAnsi" w:hAnsiTheme="majorHAnsi" w:cstheme="majorHAnsi"/>
                <w:b/>
                <w:lang w:val="tr-TR"/>
              </w:rPr>
              <w:t>Sosyal Etki Hedefleri ve Ölçümü (Sosyal etki yarattığınızı nasıl göstereceksiniz?)</w:t>
            </w:r>
          </w:p>
          <w:p w:rsidR="00592DC2" w:rsidRPr="00592DC2" w:rsidRDefault="00592DC2" w:rsidP="00592DC2">
            <w:pPr>
              <w:rPr>
                <w:rFonts w:asciiTheme="majorHAnsi" w:hAnsiTheme="majorHAnsi" w:cstheme="majorHAnsi"/>
                <w:b/>
                <w:lang w:val="tr-TR"/>
              </w:rPr>
            </w:pPr>
          </w:p>
          <w:p w:rsidR="00592DC2" w:rsidRPr="00592DC2" w:rsidRDefault="00592DC2" w:rsidP="00592DC2">
            <w:pPr>
              <w:pStyle w:val="ListeParagraf"/>
              <w:numPr>
                <w:ilvl w:val="0"/>
                <w:numId w:val="12"/>
              </w:numPr>
              <w:rPr>
                <w:rFonts w:asciiTheme="majorHAnsi" w:hAnsiTheme="majorHAnsi" w:cstheme="majorHAnsi"/>
                <w:i/>
                <w:lang w:val="tr-TR"/>
              </w:rPr>
            </w:pPr>
            <w:r w:rsidRPr="00592DC2">
              <w:rPr>
                <w:rFonts w:asciiTheme="majorHAnsi" w:hAnsiTheme="majorHAnsi" w:cstheme="majorHAnsi"/>
                <w:i/>
                <w:lang w:val="tr-TR"/>
              </w:rPr>
              <w:t xml:space="preserve">Faaliyetleriniz sonucunda hangi somut değişikliklerin gerçekleşmesi bekleniyor? </w:t>
            </w:r>
          </w:p>
          <w:p w:rsidR="00592DC2" w:rsidRPr="00592DC2" w:rsidRDefault="00592DC2" w:rsidP="00592DC2">
            <w:pPr>
              <w:pStyle w:val="ListeParagraf"/>
              <w:numPr>
                <w:ilvl w:val="0"/>
                <w:numId w:val="12"/>
              </w:numPr>
              <w:rPr>
                <w:rFonts w:asciiTheme="majorHAnsi" w:hAnsiTheme="majorHAnsi" w:cstheme="majorHAnsi"/>
                <w:i/>
                <w:lang w:val="tr-TR"/>
              </w:rPr>
            </w:pPr>
            <w:r w:rsidRPr="00592DC2">
              <w:rPr>
                <w:rFonts w:asciiTheme="majorHAnsi" w:hAnsiTheme="majorHAnsi" w:cstheme="majorHAnsi"/>
                <w:i/>
                <w:lang w:val="tr-TR"/>
              </w:rPr>
              <w:t>Etkiyi nasıl ölçümlemeyi planlıyorsunuz? Hangi göstergeler kullanılacak?</w:t>
            </w:r>
          </w:p>
          <w:p w:rsidR="00592DC2" w:rsidRPr="00592DC2" w:rsidRDefault="00592DC2" w:rsidP="00592DC2">
            <w:pPr>
              <w:pStyle w:val="ListeParagraf"/>
              <w:numPr>
                <w:ilvl w:val="0"/>
                <w:numId w:val="12"/>
              </w:numPr>
              <w:rPr>
                <w:rFonts w:asciiTheme="majorHAnsi" w:hAnsiTheme="majorHAnsi" w:cstheme="majorHAnsi"/>
                <w:i/>
                <w:lang w:val="tr-TR"/>
              </w:rPr>
            </w:pPr>
            <w:r w:rsidRPr="00592DC2">
              <w:rPr>
                <w:rFonts w:asciiTheme="majorHAnsi" w:hAnsiTheme="majorHAnsi" w:cstheme="majorHAnsi"/>
                <w:i/>
                <w:lang w:val="tr-TR"/>
              </w:rPr>
              <w:t>Uzun vadede ne tür bir toplumsal katkı hedefliyorsunuz?</w:t>
            </w:r>
          </w:p>
          <w:p w:rsidR="00592DC2" w:rsidRPr="00592DC2" w:rsidRDefault="00592DC2" w:rsidP="007B05F6">
            <w:pPr>
              <w:rPr>
                <w:rFonts w:asciiTheme="majorHAnsi" w:hAnsiTheme="majorHAnsi" w:cstheme="majorHAnsi"/>
                <w:b/>
                <w:lang w:val="tr-TR"/>
              </w:rPr>
            </w:pPr>
          </w:p>
        </w:tc>
      </w:tr>
      <w:tr w:rsidR="00592DC2" w:rsidRPr="00254B10" w:rsidTr="00592DC2">
        <w:trPr>
          <w:trHeight w:val="2923"/>
        </w:trPr>
        <w:tc>
          <w:tcPr>
            <w:tcW w:w="3977" w:type="dxa"/>
          </w:tcPr>
          <w:p w:rsidR="00592DC2" w:rsidRPr="00592DC2" w:rsidRDefault="00592DC2" w:rsidP="007B05F6">
            <w:pPr>
              <w:rPr>
                <w:rFonts w:asciiTheme="majorHAnsi" w:hAnsiTheme="majorHAnsi" w:cstheme="majorHAnsi"/>
                <w:i/>
                <w:lang w:val="tr-TR"/>
              </w:rPr>
            </w:pPr>
            <w:r w:rsidRPr="00592DC2">
              <w:rPr>
                <w:rFonts w:asciiTheme="majorHAnsi" w:hAnsiTheme="majorHAnsi" w:cstheme="majorHAnsi"/>
                <w:b/>
                <w:lang w:val="tr-TR"/>
              </w:rPr>
              <w:t>Maliyet Yapısı</w:t>
            </w:r>
            <w:r w:rsidRPr="00592DC2">
              <w:rPr>
                <w:rFonts w:asciiTheme="majorHAnsi" w:hAnsiTheme="majorHAnsi" w:cstheme="majorHAnsi"/>
                <w:b/>
                <w:lang w:val="tr-TR"/>
              </w:rPr>
              <w:br/>
            </w:r>
          </w:p>
          <w:p w:rsidR="00592DC2" w:rsidRPr="00592DC2" w:rsidRDefault="00592DC2" w:rsidP="007B05F6">
            <w:pPr>
              <w:rPr>
                <w:rFonts w:asciiTheme="majorHAnsi" w:hAnsiTheme="majorHAnsi" w:cstheme="majorHAnsi"/>
                <w:i/>
                <w:lang w:val="tr-TR"/>
              </w:rPr>
            </w:pPr>
          </w:p>
          <w:p w:rsidR="00592DC2" w:rsidRPr="00DA6AE8" w:rsidRDefault="00592DC2" w:rsidP="007B05F6">
            <w:pPr>
              <w:pStyle w:val="ListeParagraf"/>
              <w:numPr>
                <w:ilvl w:val="0"/>
                <w:numId w:val="12"/>
              </w:numPr>
              <w:rPr>
                <w:rFonts w:asciiTheme="majorHAnsi" w:hAnsiTheme="majorHAnsi" w:cstheme="majorHAnsi"/>
                <w:b/>
                <w:lang w:val="tr-TR"/>
              </w:rPr>
            </w:pPr>
            <w:r w:rsidRPr="00592DC2">
              <w:rPr>
                <w:rFonts w:asciiTheme="majorHAnsi" w:hAnsiTheme="majorHAnsi" w:cstheme="majorHAnsi"/>
                <w:i/>
                <w:lang w:val="tr-TR"/>
              </w:rPr>
              <w:t>Projede önerilen model için en büyük harcama/gider kalemleriniz nelerdir?</w:t>
            </w:r>
          </w:p>
          <w:p w:rsidR="00DA6AE8" w:rsidRPr="00DA6AE8" w:rsidRDefault="00DA6AE8" w:rsidP="007B05F6">
            <w:pPr>
              <w:pStyle w:val="ListeParagraf"/>
              <w:numPr>
                <w:ilvl w:val="0"/>
                <w:numId w:val="12"/>
              </w:numPr>
              <w:rPr>
                <w:rFonts w:asciiTheme="majorHAnsi" w:hAnsiTheme="majorHAnsi" w:cstheme="majorHAnsi"/>
                <w:i/>
                <w:lang w:val="tr-TR"/>
              </w:rPr>
            </w:pPr>
            <w:r w:rsidRPr="00DA6AE8">
              <w:rPr>
                <w:rFonts w:asciiTheme="majorHAnsi" w:hAnsiTheme="majorHAnsi" w:cstheme="majorHAnsi"/>
                <w:i/>
                <w:lang w:val="tr-TR"/>
              </w:rPr>
              <w:t>En büyük maliyet kalemlerinizin yüzdelik dağılımı nedir?</w:t>
            </w:r>
          </w:p>
          <w:p w:rsidR="00592DC2" w:rsidRPr="00592DC2" w:rsidRDefault="00592DC2" w:rsidP="007B05F6">
            <w:pPr>
              <w:pStyle w:val="ListeParagraf"/>
              <w:numPr>
                <w:ilvl w:val="0"/>
                <w:numId w:val="12"/>
              </w:numPr>
              <w:rPr>
                <w:rFonts w:asciiTheme="majorHAnsi" w:hAnsiTheme="majorHAnsi" w:cstheme="majorHAnsi"/>
                <w:b/>
                <w:lang w:val="tr-TR"/>
              </w:rPr>
            </w:pPr>
            <w:r w:rsidRPr="00592DC2">
              <w:rPr>
                <w:rFonts w:asciiTheme="majorHAnsi" w:hAnsiTheme="majorHAnsi" w:cstheme="majorHAnsi"/>
                <w:i/>
                <w:lang w:val="tr-TR"/>
              </w:rPr>
              <w:t>Ortak kullanım, döngüsel modeller gibi yaklaşımlarınız var mı?</w:t>
            </w:r>
          </w:p>
        </w:tc>
        <w:tc>
          <w:tcPr>
            <w:tcW w:w="7992" w:type="dxa"/>
            <w:gridSpan w:val="2"/>
          </w:tcPr>
          <w:p w:rsidR="00592DC2" w:rsidRPr="00592DC2" w:rsidRDefault="00592DC2" w:rsidP="003E631D">
            <w:pPr>
              <w:rPr>
                <w:rFonts w:asciiTheme="majorHAnsi" w:hAnsiTheme="majorHAnsi" w:cstheme="majorHAnsi"/>
              </w:rPr>
            </w:pPr>
            <w:r w:rsidRPr="00592DC2">
              <w:rPr>
                <w:rFonts w:asciiTheme="majorHAnsi" w:hAnsiTheme="majorHAnsi" w:cstheme="majorHAnsi"/>
                <w:b/>
                <w:lang w:val="tr-TR"/>
              </w:rPr>
              <w:t xml:space="preserve">Gelir Modeli </w:t>
            </w:r>
          </w:p>
          <w:p w:rsidR="00592DC2" w:rsidRPr="00592DC2" w:rsidRDefault="00592DC2" w:rsidP="003E631D">
            <w:pPr>
              <w:rPr>
                <w:rFonts w:asciiTheme="majorHAnsi" w:hAnsiTheme="majorHAnsi" w:cstheme="majorHAnsi"/>
              </w:rPr>
            </w:pPr>
          </w:p>
          <w:p w:rsidR="00592DC2" w:rsidRPr="00603B90" w:rsidRDefault="00DA6AE8" w:rsidP="003E631D">
            <w:pPr>
              <w:pStyle w:val="ListeParagraf"/>
              <w:numPr>
                <w:ilvl w:val="0"/>
                <w:numId w:val="12"/>
              </w:numPr>
              <w:spacing w:after="200" w:line="276" w:lineRule="auto"/>
              <w:rPr>
                <w:rFonts w:asciiTheme="majorHAnsi" w:hAnsiTheme="majorHAnsi" w:cstheme="majorHAnsi"/>
                <w:b/>
                <w:lang w:val="tr-TR"/>
              </w:rPr>
            </w:pPr>
            <w:r>
              <w:rPr>
                <w:rFonts w:asciiTheme="majorHAnsi" w:hAnsiTheme="majorHAnsi" w:cstheme="majorHAnsi"/>
                <w:i/>
                <w:lang w:val="tr-TR"/>
              </w:rPr>
              <w:t>Gelir modelinizi açıklayınız</w:t>
            </w:r>
            <w:r w:rsidR="00592DC2" w:rsidRPr="00592DC2">
              <w:rPr>
                <w:rFonts w:asciiTheme="majorHAnsi" w:hAnsiTheme="majorHAnsi" w:cstheme="majorHAnsi"/>
                <w:i/>
                <w:lang w:val="tr-TR"/>
              </w:rPr>
              <w:t xml:space="preserve"> (Örneğin bir girişim, çözümlerini tek seferlik satışlar yoluyla ya da yinelenen gelir modelleriyle (abonelik, kiralama vb.) sunabilir. Ayrıca aracı komisyonları, sponsorluklar veya bağış temelli gelir akışları da diğer olası gelir kaynakları arasında yer alabilir.)</w:t>
            </w:r>
            <w:r>
              <w:rPr>
                <w:rFonts w:asciiTheme="majorHAnsi" w:hAnsiTheme="majorHAnsi" w:cstheme="majorHAnsi"/>
                <w:i/>
                <w:lang w:val="tr-TR"/>
              </w:rPr>
              <w:t xml:space="preserve"> </w:t>
            </w:r>
          </w:p>
          <w:p w:rsidR="00603B90" w:rsidRPr="00603B90" w:rsidRDefault="00603B90" w:rsidP="00603B90">
            <w:pPr>
              <w:pStyle w:val="ListeParagraf"/>
              <w:numPr>
                <w:ilvl w:val="0"/>
                <w:numId w:val="12"/>
              </w:numPr>
              <w:rPr>
                <w:rFonts w:asciiTheme="majorHAnsi" w:hAnsiTheme="majorHAnsi" w:cstheme="majorHAnsi"/>
                <w:i/>
                <w:lang w:val="tr-TR"/>
              </w:rPr>
            </w:pPr>
            <w:r w:rsidRPr="00592DC2">
              <w:rPr>
                <w:rFonts w:asciiTheme="majorHAnsi" w:hAnsiTheme="majorHAnsi" w:cstheme="majorHAnsi"/>
                <w:i/>
                <w:lang w:val="tr-TR"/>
              </w:rPr>
              <w:t>Hali hazırda gelir kaynaklarınız nelerdir?</w:t>
            </w:r>
            <w:r>
              <w:rPr>
                <w:rFonts w:asciiTheme="majorHAnsi" w:hAnsiTheme="majorHAnsi" w:cstheme="majorHAnsi"/>
                <w:i/>
                <w:lang w:val="tr-TR"/>
              </w:rPr>
              <w:t xml:space="preserve"> </w:t>
            </w:r>
            <w:r w:rsidRPr="00603B90">
              <w:rPr>
                <w:rFonts w:asciiTheme="majorHAnsi" w:hAnsiTheme="majorHAnsi" w:cstheme="majorHAnsi"/>
                <w:i/>
                <w:lang w:val="tr-TR"/>
              </w:rPr>
              <w:t>En büyük gelir kaynaklarınızın yüzdelik dağılımı nedir?</w:t>
            </w:r>
          </w:p>
          <w:p w:rsidR="00592DC2" w:rsidRPr="00592DC2" w:rsidRDefault="00592DC2" w:rsidP="00741A5F">
            <w:pPr>
              <w:pStyle w:val="ListeParagraf"/>
              <w:ind w:left="360"/>
              <w:rPr>
                <w:rFonts w:asciiTheme="majorHAnsi" w:hAnsiTheme="majorHAnsi" w:cstheme="majorHAnsi"/>
                <w:i/>
                <w:lang w:val="tr-TR"/>
              </w:rPr>
            </w:pPr>
          </w:p>
          <w:p w:rsidR="00592DC2" w:rsidRPr="00592DC2" w:rsidRDefault="00592DC2" w:rsidP="00741A5F">
            <w:pPr>
              <w:pStyle w:val="ListeParagraf"/>
              <w:ind w:left="360"/>
              <w:rPr>
                <w:rFonts w:asciiTheme="majorHAnsi" w:hAnsiTheme="majorHAnsi" w:cstheme="majorHAnsi"/>
                <w:i/>
                <w:lang w:val="tr-TR"/>
              </w:rPr>
            </w:pPr>
          </w:p>
        </w:tc>
        <w:tc>
          <w:tcPr>
            <w:tcW w:w="10855" w:type="dxa"/>
            <w:gridSpan w:val="2"/>
          </w:tcPr>
          <w:p w:rsidR="00592DC2" w:rsidRPr="00592DC2" w:rsidRDefault="00592DC2" w:rsidP="00592DC2">
            <w:pPr>
              <w:rPr>
                <w:rFonts w:asciiTheme="majorHAnsi" w:hAnsiTheme="majorHAnsi" w:cstheme="majorHAnsi"/>
                <w:b/>
                <w:lang w:val="tr-TR"/>
              </w:rPr>
            </w:pPr>
            <w:r w:rsidRPr="00592DC2">
              <w:rPr>
                <w:rFonts w:asciiTheme="majorHAnsi" w:hAnsiTheme="majorHAnsi" w:cstheme="majorHAnsi"/>
                <w:b/>
                <w:lang w:val="tr-TR"/>
              </w:rPr>
              <w:t>Sürdürülebilirlik</w:t>
            </w:r>
          </w:p>
          <w:p w:rsidR="00592DC2" w:rsidRPr="00592DC2" w:rsidRDefault="00592DC2" w:rsidP="00741A5F">
            <w:pPr>
              <w:pStyle w:val="ListeParagraf"/>
              <w:ind w:left="360"/>
              <w:rPr>
                <w:rFonts w:asciiTheme="majorHAnsi" w:hAnsiTheme="majorHAnsi" w:cstheme="majorHAnsi"/>
                <w:i/>
                <w:lang w:val="tr-TR"/>
              </w:rPr>
            </w:pPr>
          </w:p>
          <w:p w:rsidR="00592DC2" w:rsidRPr="00592DC2" w:rsidRDefault="00592DC2" w:rsidP="00741A5F">
            <w:pPr>
              <w:pStyle w:val="ListeParagraf"/>
              <w:numPr>
                <w:ilvl w:val="0"/>
                <w:numId w:val="12"/>
              </w:numPr>
              <w:rPr>
                <w:rFonts w:asciiTheme="majorHAnsi" w:hAnsiTheme="majorHAnsi" w:cstheme="majorHAnsi"/>
                <w:i/>
                <w:lang w:val="tr-TR"/>
              </w:rPr>
            </w:pPr>
            <w:r w:rsidRPr="00592DC2">
              <w:rPr>
                <w:rFonts w:asciiTheme="majorHAnsi" w:hAnsiTheme="majorHAnsi" w:cstheme="majorHAnsi"/>
                <w:i/>
                <w:lang w:val="tr-TR"/>
              </w:rPr>
              <w:t>İş modelinizin uzun vadeli sürdürülebilirliği nasıl sağlanacak?</w:t>
            </w:r>
            <w:r w:rsidRPr="00A5557E">
              <w:rPr>
                <w:rFonts w:asciiTheme="majorHAnsi" w:hAnsiTheme="majorHAnsi" w:cstheme="majorHAnsi"/>
                <w:lang w:val="tr-TR"/>
              </w:rPr>
              <w:t xml:space="preserve"> </w:t>
            </w:r>
            <w:r w:rsidRPr="00592DC2">
              <w:rPr>
                <w:rFonts w:asciiTheme="majorHAnsi" w:hAnsiTheme="majorHAnsi" w:cstheme="majorHAnsi"/>
                <w:i/>
                <w:lang w:val="tr-TR"/>
              </w:rPr>
              <w:t xml:space="preserve">Finansal sürdürülebilir için planlarınız neler?  </w:t>
            </w:r>
          </w:p>
          <w:p w:rsidR="00592DC2" w:rsidRDefault="00592DC2" w:rsidP="00741A5F">
            <w:pPr>
              <w:pStyle w:val="ListeParagraf"/>
              <w:numPr>
                <w:ilvl w:val="0"/>
                <w:numId w:val="12"/>
              </w:numPr>
              <w:rPr>
                <w:rFonts w:asciiTheme="majorHAnsi" w:hAnsiTheme="majorHAnsi" w:cstheme="majorHAnsi"/>
                <w:i/>
                <w:lang w:val="tr-TR"/>
              </w:rPr>
            </w:pPr>
            <w:r w:rsidRPr="00592DC2">
              <w:rPr>
                <w:rFonts w:asciiTheme="majorHAnsi" w:hAnsiTheme="majorHAnsi" w:cstheme="majorHAnsi"/>
                <w:i/>
                <w:lang w:val="tr-TR"/>
              </w:rPr>
              <w:t>Sosyal etkiyi genişletme veya başka bölgelerde uygulama potansiyeliniz var mı?</w:t>
            </w:r>
          </w:p>
          <w:p w:rsidR="00AF205C" w:rsidRDefault="00AF205C" w:rsidP="00AF205C">
            <w:pPr>
              <w:rPr>
                <w:rFonts w:asciiTheme="majorHAnsi" w:hAnsiTheme="majorHAnsi" w:cstheme="majorHAnsi"/>
                <w:i/>
                <w:lang w:val="tr-TR"/>
              </w:rPr>
            </w:pPr>
          </w:p>
          <w:p w:rsidR="00AF205C" w:rsidRDefault="00AF205C" w:rsidP="00AF205C">
            <w:pPr>
              <w:rPr>
                <w:rFonts w:asciiTheme="majorHAnsi" w:hAnsiTheme="majorHAnsi" w:cstheme="majorHAnsi"/>
                <w:i/>
                <w:lang w:val="tr-TR"/>
              </w:rPr>
            </w:pPr>
            <w:r w:rsidRPr="00AF205C">
              <w:rPr>
                <w:rFonts w:asciiTheme="majorHAnsi" w:hAnsiTheme="majorHAnsi" w:cstheme="majorHAnsi"/>
                <w:b/>
                <w:lang w:val="tr-TR"/>
              </w:rPr>
              <w:t>Artı Gelir</w:t>
            </w:r>
            <w:r>
              <w:rPr>
                <w:rFonts w:asciiTheme="majorHAnsi" w:hAnsiTheme="majorHAnsi" w:cstheme="majorHAnsi"/>
                <w:i/>
                <w:lang w:val="tr-TR"/>
              </w:rPr>
              <w:t xml:space="preserve"> </w:t>
            </w:r>
          </w:p>
          <w:p w:rsidR="00AF205C" w:rsidRDefault="00AF205C" w:rsidP="00AF205C">
            <w:pPr>
              <w:rPr>
                <w:rFonts w:asciiTheme="majorHAnsi" w:hAnsiTheme="majorHAnsi" w:cstheme="majorHAnsi"/>
                <w:i/>
                <w:lang w:val="tr-TR"/>
              </w:rPr>
            </w:pPr>
          </w:p>
          <w:p w:rsidR="00AF205C" w:rsidRPr="00AF205C" w:rsidRDefault="00AF205C" w:rsidP="00AF205C">
            <w:pPr>
              <w:pStyle w:val="ListeParagraf"/>
              <w:numPr>
                <w:ilvl w:val="0"/>
                <w:numId w:val="14"/>
              </w:numPr>
              <w:rPr>
                <w:rFonts w:asciiTheme="majorHAnsi" w:hAnsiTheme="majorHAnsi" w:cstheme="majorHAnsi"/>
                <w:i/>
                <w:lang w:val="tr-TR"/>
              </w:rPr>
            </w:pPr>
            <w:r w:rsidRPr="00AF205C">
              <w:rPr>
                <w:rFonts w:asciiTheme="majorHAnsi" w:hAnsiTheme="majorHAnsi" w:cstheme="majorHAnsi"/>
                <w:i/>
                <w:lang w:val="tr-TR"/>
              </w:rPr>
              <w:t>Elde ettiğin kârı nasıl değerlendireceksin?</w:t>
            </w:r>
            <w:r w:rsidR="00603B90">
              <w:rPr>
                <w:rFonts w:asciiTheme="majorHAnsi" w:hAnsiTheme="majorHAnsi" w:cstheme="majorHAnsi"/>
                <w:i/>
                <w:lang w:val="tr-TR"/>
              </w:rPr>
              <w:t xml:space="preserve"> Ortaklara dağıtım olacak mı, hangi sosyal etki ya da yatırım alanları için kullanılacak?</w:t>
            </w:r>
          </w:p>
        </w:tc>
      </w:tr>
    </w:tbl>
    <w:p w:rsidR="00E60D1B" w:rsidRPr="00592DC2" w:rsidRDefault="00E60D1B">
      <w:pPr>
        <w:rPr>
          <w:rFonts w:asciiTheme="majorHAnsi" w:hAnsiTheme="majorHAnsi" w:cstheme="majorHAnsi"/>
          <w:lang w:val="tr-TR"/>
        </w:rPr>
      </w:pPr>
    </w:p>
    <w:sectPr w:rsidR="00E60D1B" w:rsidRPr="00592DC2" w:rsidSect="00C71E0D">
      <w:pgSz w:w="23811" w:h="16838" w:orient="landscape" w:code="8"/>
      <w:pgMar w:top="576" w:right="576"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09BB6EF3"/>
    <w:multiLevelType w:val="multilevel"/>
    <w:tmpl w:val="605AD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2F0B8C"/>
    <w:multiLevelType w:val="hybridMultilevel"/>
    <w:tmpl w:val="61B61C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50B1A2D"/>
    <w:multiLevelType w:val="hybridMultilevel"/>
    <w:tmpl w:val="BCB4CB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8F5415A"/>
    <w:multiLevelType w:val="hybridMultilevel"/>
    <w:tmpl w:val="D4D47A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D4A0D2C"/>
    <w:multiLevelType w:val="hybridMultilevel"/>
    <w:tmpl w:val="D96474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5162720"/>
    <w:multiLevelType w:val="multilevel"/>
    <w:tmpl w:val="49DAA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4445402"/>
    <w:multiLevelType w:val="hybridMultilevel"/>
    <w:tmpl w:val="43DA9176"/>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3"/>
  </w:num>
  <w:num w:numId="11">
    <w:abstractNumId w:val="11"/>
  </w:num>
  <w:num w:numId="12">
    <w:abstractNumId w:val="15"/>
  </w:num>
  <w:num w:numId="13">
    <w:abstractNumId w:val="10"/>
  </w:num>
  <w:num w:numId="14">
    <w:abstractNumId w:val="12"/>
  </w:num>
  <w:num w:numId="15">
    <w:abstractNumId w:val="1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E3782"/>
    <w:rsid w:val="00227E90"/>
    <w:rsid w:val="00254B10"/>
    <w:rsid w:val="0029639D"/>
    <w:rsid w:val="002A3F1E"/>
    <w:rsid w:val="00326F90"/>
    <w:rsid w:val="003E631D"/>
    <w:rsid w:val="00434501"/>
    <w:rsid w:val="00521591"/>
    <w:rsid w:val="00592DC2"/>
    <w:rsid w:val="00603B90"/>
    <w:rsid w:val="0060501A"/>
    <w:rsid w:val="0067528B"/>
    <w:rsid w:val="00741A5F"/>
    <w:rsid w:val="00786A95"/>
    <w:rsid w:val="007B05F6"/>
    <w:rsid w:val="00886582"/>
    <w:rsid w:val="00A13302"/>
    <w:rsid w:val="00A5557E"/>
    <w:rsid w:val="00AA1D8D"/>
    <w:rsid w:val="00AF205C"/>
    <w:rsid w:val="00B47730"/>
    <w:rsid w:val="00B5457D"/>
    <w:rsid w:val="00C71E0D"/>
    <w:rsid w:val="00CB0664"/>
    <w:rsid w:val="00CF3A93"/>
    <w:rsid w:val="00DA6AE8"/>
    <w:rsid w:val="00DB185E"/>
    <w:rsid w:val="00E60D1B"/>
    <w:rsid w:val="00E9114F"/>
    <w:rsid w:val="00FA5D63"/>
    <w:rsid w:val="00FC693F"/>
    <w:rsid w:val="00FF70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4A94B4"/>
  <w14:defaultImageDpi w14:val="300"/>
  <w15:docId w15:val="{2FEF2879-9A99-4FB8-9D21-03E291E08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1A5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60501A"/>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paragraph" w:customStyle="1" w:styleId="paragraph">
    <w:name w:val="paragraph"/>
    <w:basedOn w:val="Normal"/>
    <w:rsid w:val="00C71E0D"/>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normaltextrun">
    <w:name w:val="normaltextrun"/>
    <w:basedOn w:val="VarsaylanParagrafYazTipi"/>
    <w:rsid w:val="00C71E0D"/>
  </w:style>
  <w:style w:type="character" w:customStyle="1" w:styleId="scxw68966901">
    <w:name w:val="scxw68966901"/>
    <w:basedOn w:val="VarsaylanParagrafYazTipi"/>
    <w:rsid w:val="00C71E0D"/>
  </w:style>
  <w:style w:type="character" w:customStyle="1" w:styleId="eop">
    <w:name w:val="eop"/>
    <w:basedOn w:val="VarsaylanParagrafYazTipi"/>
    <w:rsid w:val="00C71E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3697156">
      <w:bodyDiv w:val="1"/>
      <w:marLeft w:val="0"/>
      <w:marRight w:val="0"/>
      <w:marTop w:val="0"/>
      <w:marBottom w:val="0"/>
      <w:divBdr>
        <w:top w:val="none" w:sz="0" w:space="0" w:color="auto"/>
        <w:left w:val="none" w:sz="0" w:space="0" w:color="auto"/>
        <w:bottom w:val="none" w:sz="0" w:space="0" w:color="auto"/>
        <w:right w:val="none" w:sz="0" w:space="0" w:color="auto"/>
      </w:divBdr>
    </w:div>
    <w:div w:id="1992249378">
      <w:bodyDiv w:val="1"/>
      <w:marLeft w:val="0"/>
      <w:marRight w:val="0"/>
      <w:marTop w:val="0"/>
      <w:marBottom w:val="0"/>
      <w:divBdr>
        <w:top w:val="none" w:sz="0" w:space="0" w:color="auto"/>
        <w:left w:val="none" w:sz="0" w:space="0" w:color="auto"/>
        <w:bottom w:val="none" w:sz="0" w:space="0" w:color="auto"/>
        <w:right w:val="none" w:sz="0" w:space="0" w:color="auto"/>
      </w:divBdr>
      <w:divsChild>
        <w:div w:id="338427946">
          <w:marLeft w:val="0"/>
          <w:marRight w:val="0"/>
          <w:marTop w:val="0"/>
          <w:marBottom w:val="0"/>
          <w:divBdr>
            <w:top w:val="none" w:sz="0" w:space="0" w:color="auto"/>
            <w:left w:val="none" w:sz="0" w:space="0" w:color="auto"/>
            <w:bottom w:val="none" w:sz="0" w:space="0" w:color="auto"/>
            <w:right w:val="none" w:sz="0" w:space="0" w:color="auto"/>
          </w:divBdr>
        </w:div>
        <w:div w:id="1612320794">
          <w:marLeft w:val="0"/>
          <w:marRight w:val="0"/>
          <w:marTop w:val="0"/>
          <w:marBottom w:val="0"/>
          <w:divBdr>
            <w:top w:val="none" w:sz="0" w:space="0" w:color="auto"/>
            <w:left w:val="none" w:sz="0" w:space="0" w:color="auto"/>
            <w:bottom w:val="none" w:sz="0" w:space="0" w:color="auto"/>
            <w:right w:val="none" w:sz="0" w:space="0" w:color="auto"/>
          </w:divBdr>
        </w:div>
        <w:div w:id="887110030">
          <w:marLeft w:val="0"/>
          <w:marRight w:val="0"/>
          <w:marTop w:val="0"/>
          <w:marBottom w:val="0"/>
          <w:divBdr>
            <w:top w:val="none" w:sz="0" w:space="0" w:color="auto"/>
            <w:left w:val="none" w:sz="0" w:space="0" w:color="auto"/>
            <w:bottom w:val="none" w:sz="0" w:space="0" w:color="auto"/>
            <w:right w:val="none" w:sz="0" w:space="0" w:color="auto"/>
          </w:divBdr>
        </w:div>
        <w:div w:id="143027541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E6227-D20B-4478-91C5-FF06672B7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528</Words>
  <Characters>3010</Characters>
  <Application>Microsoft Office Word</Application>
  <DocSecurity>0</DocSecurity>
  <Lines>25</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3531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Zeynep Tuğba ŞAVLI AKBULUT</cp:lastModifiedBy>
  <cp:revision>7</cp:revision>
  <cp:lastPrinted>2026-06-04T05:49:00Z</cp:lastPrinted>
  <dcterms:created xsi:type="dcterms:W3CDTF">2026-06-03T10:11:00Z</dcterms:created>
  <dcterms:modified xsi:type="dcterms:W3CDTF">2026-06-30T12:24:00Z</dcterms:modified>
  <cp:category/>
</cp:coreProperties>
</file>